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577AE848" w:rsidR="00FC125E" w:rsidRPr="00BF64F1" w:rsidRDefault="00273576" w:rsidP="00FC125E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4FCF45" wp14:editId="620C6DEB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  <w:proofErr w:type="spellEnd"/>
    </w:p>
    <w:p w14:paraId="7B428171" w14:textId="335B2751" w:rsidR="00FC125E" w:rsidRPr="00BF64F1" w:rsidRDefault="00F829F1" w:rsidP="00FC125E">
      <w:pPr>
        <w:spacing w:line="240" w:lineRule="auto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1F42F1" wp14:editId="38093458">
                <wp:simplePos x="0" y="0"/>
                <wp:positionH relativeFrom="margin">
                  <wp:posOffset>2010410</wp:posOffset>
                </wp:positionH>
                <wp:positionV relativeFrom="paragraph">
                  <wp:posOffset>4445</wp:posOffset>
                </wp:positionV>
                <wp:extent cx="1363980" cy="1242060"/>
                <wp:effectExtent l="38100" t="0" r="4572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2420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F8539" id="正方形/長方形 2" o:spid="_x0000_s1026" style="position:absolute;left:0;text-align:left;margin-left:158.3pt;margin-top:.35pt;width:107.4pt;height:97.8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" stroked="f">
                <v:fill r:id="rId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会員各位</w:t>
      </w:r>
      <w:proofErr w:type="spellEnd"/>
    </w:p>
    <w:p w14:paraId="416CC729" w14:textId="5EDA0D6D" w:rsidR="00FC125E" w:rsidRPr="00BF64F1" w:rsidRDefault="00FC125E" w:rsidP="00FC125E">
      <w:pPr>
        <w:jc w:val="right"/>
        <w:rPr>
          <w:rFonts w:ascii="HG創英角ﾎﾟｯﾌﾟ体" w:eastAsia="HG創英角ﾎﾟｯﾌﾟ体" w:hAnsi="HG創英角ﾎﾟｯﾌﾟ体"/>
        </w:rPr>
      </w:pPr>
      <w:r w:rsidRPr="00BF64F1">
        <w:rPr>
          <w:rFonts w:ascii="HG創英角ﾎﾟｯﾌﾟ体" w:eastAsia="HG創英角ﾎﾟｯﾌﾟ体" w:hAnsi="HG創英角ﾎﾟｯﾌﾟ体"/>
        </w:rPr>
        <w:t>○○</w:t>
      </w:r>
      <w:proofErr w:type="spellStart"/>
      <w:r w:rsidRPr="00BF64F1">
        <w:rPr>
          <w:rFonts w:ascii="HG創英角ﾎﾟｯﾌﾟ体" w:eastAsia="HG創英角ﾎﾟｯﾌﾟ体" w:hAnsi="HG創英角ﾎﾟｯﾌﾟ体"/>
        </w:rPr>
        <w:t>自治会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br/>
      </w:r>
      <w:proofErr w:type="spellStart"/>
      <w:r w:rsidRPr="00BF64F1">
        <w:rPr>
          <w:rFonts w:ascii="HG創英角ﾎﾟｯﾌﾟ体" w:eastAsia="HG創英角ﾎﾟｯﾌﾟ体" w:hAnsi="HG創英角ﾎﾟｯﾌﾟ体"/>
        </w:rPr>
        <w:t>会長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t xml:space="preserve">　○○○○</w:t>
      </w:r>
    </w:p>
    <w:p w14:paraId="6F7BE38A" w14:textId="34C928C5" w:rsidR="00F06AD0" w:rsidRPr="00BF64F1" w:rsidRDefault="00137D80" w:rsidP="00FC125E">
      <w:pPr>
        <w:jc w:val="right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</w:rPr>
        <w:br/>
      </w:r>
    </w:p>
    <w:bookmarkEnd w:id="0"/>
    <w:p w14:paraId="141AC0C2" w14:textId="5BF7D259" w:rsidR="00603F5E" w:rsidRPr="00137D80" w:rsidRDefault="00F829F1" w:rsidP="00F829F1">
      <w:pPr>
        <w:spacing w:after="240"/>
        <w:jc w:val="center"/>
        <w:rPr>
          <w:rFonts w:ascii="HG創英角ﾎﾟｯﾌﾟ体" w:eastAsia="HG創英角ﾎﾟｯﾌﾟ体" w:hAnsi="HG創英角ﾎﾟｯﾌﾟ体"/>
          <w:bCs/>
          <w:color w:val="0773A9"/>
          <w:sz w:val="52"/>
          <w:szCs w:val="52"/>
          <w:lang w:eastAsia="ja-JP"/>
        </w:rPr>
      </w:pPr>
      <w:r w:rsidRPr="00F829F1">
        <w:rPr>
          <w:rFonts w:ascii="HG創英角ﾎﾟｯﾌﾟ体" w:eastAsia="HG創英角ﾎﾟｯﾌﾟ体" w:hAnsi="HG創英角ﾎﾟｯﾌﾟ体" w:hint="eastAsia"/>
          <w:bCs/>
          <w:noProof/>
          <w:color w:val="0773A9"/>
          <w:sz w:val="44"/>
          <w:szCs w:val="44"/>
          <w:lang w:eastAsia="ja-JP"/>
        </w:rPr>
        <w:t>みんなで見守る「防犯パトロール」</w:t>
      </w:r>
      <w:r>
        <w:rPr>
          <w:rFonts w:ascii="HG創英角ﾎﾟｯﾌﾟ体" w:eastAsia="HG創英角ﾎﾟｯﾌﾟ体" w:hAnsi="HG創英角ﾎﾟｯﾌﾟ体"/>
          <w:bCs/>
          <w:noProof/>
          <w:color w:val="0773A9"/>
          <w:sz w:val="44"/>
          <w:szCs w:val="44"/>
          <w:lang w:eastAsia="ja-JP"/>
        </w:rPr>
        <w:br/>
      </w:r>
      <w:r w:rsidRPr="00F829F1">
        <w:rPr>
          <w:rFonts w:ascii="HG創英角ﾎﾟｯﾌﾟ体" w:eastAsia="HG創英角ﾎﾟｯﾌﾟ体" w:hAnsi="HG創英角ﾎﾟｯﾌﾟ体" w:hint="eastAsia"/>
          <w:bCs/>
          <w:noProof/>
          <w:color w:val="0773A9"/>
          <w:sz w:val="44"/>
          <w:szCs w:val="44"/>
          <w:lang w:eastAsia="ja-JP"/>
        </w:rPr>
        <w:t>参加しませんか？</w:t>
      </w:r>
    </w:p>
    <w:p w14:paraId="2D99B94B" w14:textId="351C8822" w:rsidR="00F829F1" w:rsidRPr="00F829F1" w:rsidRDefault="00137D80" w:rsidP="00F829F1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lang w:eastAsia="ja-JP"/>
        </w:rPr>
        <w:br/>
      </w:r>
      <w:r w:rsidR="00F829F1" w:rsidRPr="00F829F1">
        <w:rPr>
          <w:rFonts w:ascii="HG創英角ﾎﾟｯﾌﾟ体" w:eastAsia="HG創英角ﾎﾟｯﾌﾟ体" w:hAnsi="HG創英角ﾎﾟｯﾌﾟ体" w:hint="eastAsia"/>
          <w:lang w:eastAsia="ja-JP"/>
        </w:rPr>
        <w:t xml:space="preserve">いつも自治会活動にご協力いただきありがとうございます。  </w:t>
      </w:r>
    </w:p>
    <w:p w14:paraId="7D66409E" w14:textId="2C23EF88" w:rsidR="00F829F1" w:rsidRPr="00F829F1" w:rsidRDefault="00F829F1" w:rsidP="00F829F1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F829F1">
        <w:rPr>
          <w:rFonts w:ascii="HG創英角ﾎﾟｯﾌﾟ体" w:eastAsia="HG創英角ﾎﾟｯﾌﾟ体" w:hAnsi="HG創英角ﾎﾟｯﾌﾟ体" w:hint="eastAsia"/>
          <w:lang w:eastAsia="ja-JP"/>
        </w:rPr>
        <w:t>みんなが安心して暮らせるまちを守るために、今年も防犯パトロールを行います！</w:t>
      </w:r>
    </w:p>
    <w:p w14:paraId="1BA73EF4" w14:textId="53CA2730" w:rsidR="00F829F1" w:rsidRPr="00F829F1" w:rsidRDefault="00F829F1" w:rsidP="00F829F1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F829F1">
        <w:rPr>
          <w:rFonts w:ascii="HG創英角ﾎﾟｯﾌﾟ体" w:eastAsia="HG創英角ﾎﾟｯﾌﾟ体" w:hAnsi="HG創英角ﾎﾟｯﾌﾟ体" w:hint="eastAsia"/>
          <w:lang w:eastAsia="ja-JP"/>
        </w:rPr>
        <w:t xml:space="preserve">夜道を歩いて、地域の安全をチェック♪  </w:t>
      </w:r>
    </w:p>
    <w:p w14:paraId="7A26D8E0" w14:textId="4E31F42E" w:rsidR="00F829F1" w:rsidRPr="00F829F1" w:rsidRDefault="00F829F1" w:rsidP="00F829F1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F829F1">
        <w:rPr>
          <w:rFonts w:ascii="HG創英角ﾎﾟｯﾌﾟ体" w:eastAsia="HG創英角ﾎﾟｯﾌﾟ体" w:hAnsi="HG創英角ﾎﾟｯﾌﾟ体" w:hint="eastAsia"/>
          <w:lang w:eastAsia="ja-JP"/>
        </w:rPr>
        <w:t xml:space="preserve">子どもたちの見守りや、帰宅時間の確認も一緒に行います。  </w:t>
      </w:r>
    </w:p>
    <w:p w14:paraId="74225AD1" w14:textId="7FF046B1" w:rsidR="00C67A16" w:rsidRDefault="00F829F1" w:rsidP="00F829F1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F829F1">
        <w:rPr>
          <w:rFonts w:ascii="HG創英角ﾎﾟｯﾌﾟ体" w:eastAsia="HG創英角ﾎﾟｯﾌﾟ体" w:hAnsi="HG創英角ﾎﾟｯﾌﾟ体" w:hint="eastAsia"/>
          <w:lang w:eastAsia="ja-JP"/>
        </w:rPr>
        <w:t>ぜひご家族・ご近所で楽しくご参加ください！</w:t>
      </w:r>
    </w:p>
    <w:p w14:paraId="74EC3CAA" w14:textId="406D0A44" w:rsidR="0072531E" w:rsidRDefault="00583F95" w:rsidP="00F06AD0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667E42" wp14:editId="7FC8035D">
                <wp:simplePos x="0" y="0"/>
                <wp:positionH relativeFrom="column">
                  <wp:posOffset>4160520</wp:posOffset>
                </wp:positionH>
                <wp:positionV relativeFrom="paragraph">
                  <wp:posOffset>212725</wp:posOffset>
                </wp:positionV>
                <wp:extent cx="899160" cy="1086121"/>
                <wp:effectExtent l="0" t="19050" r="0" b="762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1086121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83522" id="正方形/長方形 5" o:spid="_x0000_s1026" style="position:absolute;left:0;text-align:left;margin-left:327.6pt;margin-top:16.75pt;width:70.8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" stroked="f">
                <v:fill r:id="rId11" o:title="" recolor="t" rotate="t" type="frame"/>
                <v:shadow on="t" color="black" opacity="22937f" origin=",.5" offset="0,.63889mm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F51FED" wp14:editId="266DDF6A">
                <wp:simplePos x="0" y="0"/>
                <wp:positionH relativeFrom="margin">
                  <wp:posOffset>-100965</wp:posOffset>
                </wp:positionH>
                <wp:positionV relativeFrom="paragraph">
                  <wp:posOffset>117475</wp:posOffset>
                </wp:positionV>
                <wp:extent cx="5562600" cy="1295400"/>
                <wp:effectExtent l="0" t="0" r="19050" b="1905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29540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rgbClr val="0773A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458A0" w14:textId="7F170F25" w:rsidR="00F829F1" w:rsidRPr="00F829F1" w:rsidRDefault="00F829F1" w:rsidP="00F829F1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</w:pPr>
                            <w:r w:rsidRPr="00F829F1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日時：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F829F1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 xml:space="preserve">〇月〇日（〇） 午後〇時～  </w:t>
                            </w:r>
                          </w:p>
                          <w:p w14:paraId="1BF8C79F" w14:textId="32AD03AA" w:rsidR="00F829F1" w:rsidRPr="00F829F1" w:rsidRDefault="00F829F1" w:rsidP="00F829F1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</w:pPr>
                            <w:r w:rsidRPr="00F829F1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集合場所：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F829F1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 xml:space="preserve">○○公園 入口  </w:t>
                            </w:r>
                          </w:p>
                          <w:p w14:paraId="50828ECA" w14:textId="32726919" w:rsidR="00C67A16" w:rsidRPr="00C67A16" w:rsidRDefault="00F829F1" w:rsidP="00F829F1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</w:pPr>
                            <w:r w:rsidRPr="00F829F1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持ち物：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F829F1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懐中電灯、反射タスキ、飲み物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-7.95pt;margin-top:9.25pt;width:438pt;height:102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" fillcolor="#f9fbfd" strokecolor="#0773a9" strokeweight="1.5pt">
                <v:textbox>
                  <w:txbxContent>
                    <w:p w14:paraId="3FF458A0" w14:textId="7F170F25" w:rsidR="00F829F1" w:rsidRPr="00F829F1" w:rsidRDefault="00F829F1" w:rsidP="00F829F1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</w:pPr>
                      <w:r w:rsidRPr="00F829F1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日時：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F829F1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 xml:space="preserve">〇月〇日（〇） 午後〇時～  </w:t>
                      </w:r>
                    </w:p>
                    <w:p w14:paraId="1BF8C79F" w14:textId="32AD03AA" w:rsidR="00F829F1" w:rsidRPr="00F829F1" w:rsidRDefault="00F829F1" w:rsidP="00F829F1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</w:pPr>
                      <w:r w:rsidRPr="00F829F1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集合場所：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F829F1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 xml:space="preserve">○○公園 入口  </w:t>
                      </w:r>
                    </w:p>
                    <w:p w14:paraId="50828ECA" w14:textId="32726919" w:rsidR="00C67A16" w:rsidRPr="00C67A16" w:rsidRDefault="00F829F1" w:rsidP="00F829F1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</w:pPr>
                      <w:r w:rsidRPr="00F829F1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持ち物：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F829F1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懐中電灯、反射タスキ、飲み物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4DDE1F" w14:textId="56268D2D" w:rsidR="0072531E" w:rsidRDefault="0072531E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3D91B0E1" w14:textId="593E9B95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2D559495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3BD5FD60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2586B84B" w14:textId="59082D5D" w:rsidR="00F06AD0" w:rsidRDefault="00F829F1" w:rsidP="00F829F1">
      <w:pPr>
        <w:rPr>
          <w:rFonts w:ascii="HG創英角ﾎﾟｯﾌﾟ体" w:eastAsia="HG創英角ﾎﾟｯﾌﾟ体" w:hAnsi="HG創英角ﾎﾟｯﾌﾟ体"/>
          <w:lang w:eastAsia="ja-JP"/>
        </w:rPr>
      </w:pPr>
      <w:bookmarkStart w:id="1" w:name="_Hlk210491244"/>
      <w:r w:rsidRPr="00F829F1">
        <w:rPr>
          <w:rFonts w:ascii="HG創英角ﾎﾟｯﾌﾟ体" w:eastAsia="HG創英角ﾎﾟｯﾌﾟ体" w:hAnsi="HG創英角ﾎﾟｯﾌﾟ体" w:cs="ＭＳ 明朝" w:hint="eastAsia"/>
          <w:lang w:eastAsia="ja-JP"/>
        </w:rPr>
        <w:t xml:space="preserve">※安全のため、グループ行動でお願いします。 </w:t>
      </w:r>
      <w:r>
        <w:rPr>
          <w:rFonts w:ascii="HG創英角ﾎﾟｯﾌﾟ体" w:eastAsia="HG創英角ﾎﾟｯﾌﾟ体" w:hAnsi="HG創英角ﾎﾟｯﾌﾟ体" w:cs="ＭＳ 明朝"/>
          <w:lang w:eastAsia="ja-JP"/>
        </w:rPr>
        <w:br/>
      </w:r>
      <w:r w:rsidRPr="00F829F1">
        <w:rPr>
          <w:rFonts w:ascii="HG創英角ﾎﾟｯﾌﾟ体" w:eastAsia="HG創英角ﾎﾟｯﾌﾟ体" w:hAnsi="HG創英角ﾎﾟｯﾌﾟ体" w:cs="ＭＳ 明朝" w:hint="eastAsia"/>
          <w:lang w:eastAsia="ja-JP"/>
        </w:rPr>
        <w:t>※お子さんの参加は保護者同伴でお願いいたします。</w:t>
      </w:r>
    </w:p>
    <w:p w14:paraId="49B10577" w14:textId="29C126BF" w:rsidR="0072531E" w:rsidRPr="00BF64F1" w:rsidRDefault="00583F95" w:rsidP="0072531E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 w:cs="ＭＳ 明朝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4895A2" wp14:editId="5B899C7C">
                <wp:simplePos x="0" y="0"/>
                <wp:positionH relativeFrom="column">
                  <wp:posOffset>727710</wp:posOffset>
                </wp:positionH>
                <wp:positionV relativeFrom="paragraph">
                  <wp:posOffset>110490</wp:posOffset>
                </wp:positionV>
                <wp:extent cx="1550670" cy="1424940"/>
                <wp:effectExtent l="38100" t="19050" r="11430" b="6096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670" cy="142494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F205CC" id="正方形/長方形 6" o:spid="_x0000_s1026" style="position:absolute;left:0;text-align:left;margin-left:57.3pt;margin-top:8.7pt;width:122.1pt;height:112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" stroked="f">
                <v:fill r:id="rId13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bookmarkEnd w:id="1"/>
    <w:p w14:paraId="3C58E63E" w14:textId="494523E1" w:rsidR="00F06AD0" w:rsidRDefault="00F06AD0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7C7E389D" w14:textId="77777777" w:rsidR="00583F95" w:rsidRDefault="00583F95" w:rsidP="00F06AD0">
      <w:pPr>
        <w:jc w:val="right"/>
        <w:rPr>
          <w:rFonts w:ascii="HG創英角ﾎﾟｯﾌﾟ体" w:eastAsia="HG創英角ﾎﾟｯﾌﾟ体" w:hAnsi="HG創英角ﾎﾟｯﾌﾟ体" w:hint="eastAsia"/>
          <w:lang w:eastAsia="ja-JP"/>
        </w:rPr>
      </w:pPr>
    </w:p>
    <w:p w14:paraId="14CDA80A" w14:textId="0B1AEF56" w:rsidR="00603F5E" w:rsidRPr="00C67A16" w:rsidRDefault="00F06AD0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bookmarkStart w:id="2" w:name="_Hlk210492228"/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お問い合わせ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先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  <w:t>自治会事務局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 xml:space="preserve"> 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000-0000-0000</w:t>
      </w:r>
      <w:bookmarkEnd w:id="2"/>
    </w:p>
    <w:sectPr w:rsidR="00603F5E" w:rsidRPr="00C67A1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3B0F1" w14:textId="77777777" w:rsidR="00603263" w:rsidRDefault="00603263" w:rsidP="00137D80">
      <w:pPr>
        <w:spacing w:after="0" w:line="240" w:lineRule="auto"/>
      </w:pPr>
      <w:r>
        <w:separator/>
      </w:r>
    </w:p>
  </w:endnote>
  <w:endnote w:type="continuationSeparator" w:id="0">
    <w:p w14:paraId="7D1CA02A" w14:textId="77777777" w:rsidR="00603263" w:rsidRDefault="00603263" w:rsidP="001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399B9" w14:textId="77777777" w:rsidR="00603263" w:rsidRDefault="00603263" w:rsidP="00137D80">
      <w:pPr>
        <w:spacing w:after="0" w:line="240" w:lineRule="auto"/>
      </w:pPr>
      <w:r>
        <w:separator/>
      </w:r>
    </w:p>
  </w:footnote>
  <w:footnote w:type="continuationSeparator" w:id="0">
    <w:p w14:paraId="700B07F8" w14:textId="77777777" w:rsidR="00603263" w:rsidRDefault="00603263" w:rsidP="00137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37D80"/>
    <w:rsid w:val="0015074B"/>
    <w:rsid w:val="00273576"/>
    <w:rsid w:val="0029639D"/>
    <w:rsid w:val="002A2B5A"/>
    <w:rsid w:val="002D5B6B"/>
    <w:rsid w:val="00326F90"/>
    <w:rsid w:val="00371A53"/>
    <w:rsid w:val="00470C49"/>
    <w:rsid w:val="004E1AE7"/>
    <w:rsid w:val="00583F95"/>
    <w:rsid w:val="005A326A"/>
    <w:rsid w:val="00603263"/>
    <w:rsid w:val="00603F5E"/>
    <w:rsid w:val="006A0418"/>
    <w:rsid w:val="00710426"/>
    <w:rsid w:val="0072531E"/>
    <w:rsid w:val="008B1B01"/>
    <w:rsid w:val="00A42962"/>
    <w:rsid w:val="00AA1D8D"/>
    <w:rsid w:val="00B47730"/>
    <w:rsid w:val="00BF64F1"/>
    <w:rsid w:val="00C44DCB"/>
    <w:rsid w:val="00C45A22"/>
    <w:rsid w:val="00C66295"/>
    <w:rsid w:val="00C67A16"/>
    <w:rsid w:val="00CB0664"/>
    <w:rsid w:val="00F06AD0"/>
    <w:rsid w:val="00F829F1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7</cp:revision>
  <cp:lastPrinted>2025-10-04T11:12:00Z</cp:lastPrinted>
  <dcterms:created xsi:type="dcterms:W3CDTF">2025-10-04T10:01:00Z</dcterms:created>
  <dcterms:modified xsi:type="dcterms:W3CDTF">2025-10-07T10:09:00Z</dcterms:modified>
  <cp:category/>
</cp:coreProperties>
</file>