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335B2751" w:rsidR="00FC125E" w:rsidRPr="00BF64F1" w:rsidRDefault="00F829F1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1F42F1" wp14:editId="258775EE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1543050" cy="1242060"/>
                <wp:effectExtent l="19050" t="0" r="3810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86FEC" id="正方形/長方形 2" o:spid="_x0000_s1026" style="position:absolute;left:0;text-align:left;margin-left:0;margin-top:.35pt;width:121.5pt;height:97.8pt;z-index: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DA0D6D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3D4D140C" w14:textId="46DDC903" w:rsidR="00131338" w:rsidRDefault="002C0512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2C0512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次回の廃品・資源回収のお知らせ</w:t>
      </w:r>
    </w:p>
    <w:p w14:paraId="0B8F41C8" w14:textId="77777777" w:rsidR="002C0512" w:rsidRPr="002C0512" w:rsidRDefault="00137D80" w:rsidP="002C0512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2C0512" w:rsidRPr="002C0512">
        <w:rPr>
          <w:rFonts w:ascii="HG創英角ﾎﾟｯﾌﾟ体" w:eastAsia="HG創英角ﾎﾟｯﾌﾟ体" w:hAnsi="HG創英角ﾎﾟｯﾌﾟ体" w:hint="eastAsia"/>
          <w:lang w:eastAsia="ja-JP"/>
        </w:rPr>
        <w:t>いつもご協力ありがとうございます！</w:t>
      </w:r>
    </w:p>
    <w:p w14:paraId="22D10333" w14:textId="77777777" w:rsidR="002C0512" w:rsidRPr="002C0512" w:rsidRDefault="002C0512" w:rsidP="002C0512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2C0512">
        <w:rPr>
          <w:rFonts w:ascii="HG創英角ﾎﾟｯﾌﾟ体" w:eastAsia="HG創英角ﾎﾟｯﾌﾟ体" w:hAnsi="HG創英角ﾎﾟｯﾌﾟ体" w:hint="eastAsia"/>
          <w:lang w:eastAsia="ja-JP"/>
        </w:rPr>
        <w:t>次回の廃品・資源回収を下記の日程で行います。</w:t>
      </w:r>
    </w:p>
    <w:p w14:paraId="47748BA0" w14:textId="77777777" w:rsidR="002C0512" w:rsidRPr="002C0512" w:rsidRDefault="002C0512" w:rsidP="002C0512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2C0512">
        <w:rPr>
          <w:rFonts w:ascii="HG創英角ﾎﾟｯﾌﾟ体" w:eastAsia="HG創英角ﾎﾟｯﾌﾟ体" w:hAnsi="HG創英角ﾎﾟｯﾌﾟ体" w:hint="eastAsia"/>
          <w:lang w:eastAsia="ja-JP"/>
        </w:rPr>
        <w:t>お家にある新聞や空き缶、段ボールなど、リサイクルできるものがあれば、ぜひお出しください。</w:t>
      </w:r>
    </w:p>
    <w:p w14:paraId="358C48FB" w14:textId="58FCBF0A" w:rsidR="00131338" w:rsidRDefault="002C0512" w:rsidP="002C0512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2C0512">
        <w:rPr>
          <w:rFonts w:ascii="HG創英角ﾎﾟｯﾌﾟ体" w:eastAsia="HG創英角ﾎﾟｯﾌﾟ体" w:hAnsi="HG創英角ﾎﾟｯﾌﾟ体" w:hint="eastAsia"/>
          <w:lang w:eastAsia="ja-JP"/>
        </w:rPr>
        <w:t>みんなで地域をきれいにしましょう！</w:t>
      </w:r>
    </w:p>
    <w:p w14:paraId="74EC3CAA" w14:textId="20936CC8" w:rsidR="0072531E" w:rsidRDefault="002C0512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F51FED" wp14:editId="64ECE43F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5562600" cy="1584960"/>
                <wp:effectExtent l="0" t="0" r="19050" b="1524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58496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CB8C4" w14:textId="77777777" w:rsidR="002C0512" w:rsidRPr="002C0512" w:rsidRDefault="002C0512" w:rsidP="00BA698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193" w:left="42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C0512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日時：〇月〇日（〇</w:t>
                            </w:r>
                            <w:proofErr w:type="spellEnd"/>
                            <w:r w:rsidRPr="002C0512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）</w:t>
                            </w:r>
                            <w:r w:rsidRPr="002C0512"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2C0512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午前〇時〜〇時</w:t>
                            </w:r>
                            <w:proofErr w:type="spellEnd"/>
                            <w:r w:rsidRPr="002C0512"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 xml:space="preserve">  </w:t>
                            </w:r>
                          </w:p>
                          <w:p w14:paraId="2F791B29" w14:textId="262A7431" w:rsidR="002C0512" w:rsidRPr="002C0512" w:rsidRDefault="002C0512" w:rsidP="00BA698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193" w:left="42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2C0512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 xml:space="preserve">場所：〇〇公園駐車場（または各班指定場所）  </w:t>
                            </w:r>
                          </w:p>
                          <w:p w14:paraId="5413B335" w14:textId="45B8387E" w:rsidR="002C0512" w:rsidRPr="002C0512" w:rsidRDefault="002C0512" w:rsidP="00BA698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193" w:left="42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2C0512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 xml:space="preserve">回収品目：新聞・段ボール・アルミ缶・ペットボトルなど  </w:t>
                            </w:r>
                          </w:p>
                          <w:p w14:paraId="50828ECA" w14:textId="475C188F" w:rsidR="00C67A16" w:rsidRPr="00131338" w:rsidRDefault="002C0512" w:rsidP="00BA698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193" w:left="42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proofErr w:type="spellStart"/>
                            <w:r w:rsidRPr="002C0512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備考：小雨決行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11pt;width:438pt;height:124.8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" fillcolor="#f9fbfd" strokecolor="#0773a9" strokeweight="1.5pt">
                <v:textbox>
                  <w:txbxContent>
                    <w:p w14:paraId="57ECB8C4" w14:textId="77777777" w:rsidR="002C0512" w:rsidRPr="002C0512" w:rsidRDefault="002C0512" w:rsidP="00BA6980">
                      <w:pPr>
                        <w:tabs>
                          <w:tab w:val="left" w:pos="1843"/>
                        </w:tabs>
                        <w:spacing w:line="240" w:lineRule="auto"/>
                        <w:ind w:leftChars="193" w:left="42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</w:pPr>
                      <w:proofErr w:type="spellStart"/>
                      <w:r w:rsidRPr="002C0512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日時：〇月〇日（〇</w:t>
                      </w:r>
                      <w:proofErr w:type="spellEnd"/>
                      <w:r w:rsidRPr="002C0512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）</w:t>
                      </w:r>
                      <w:r w:rsidRPr="002C0512"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2C0512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午前〇時〜〇時</w:t>
                      </w:r>
                      <w:proofErr w:type="spellEnd"/>
                      <w:r w:rsidRPr="002C0512"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 xml:space="preserve">  </w:t>
                      </w:r>
                    </w:p>
                    <w:p w14:paraId="2F791B29" w14:textId="262A7431" w:rsidR="002C0512" w:rsidRPr="002C0512" w:rsidRDefault="002C0512" w:rsidP="00BA6980">
                      <w:pPr>
                        <w:tabs>
                          <w:tab w:val="left" w:pos="1843"/>
                        </w:tabs>
                        <w:spacing w:line="240" w:lineRule="auto"/>
                        <w:ind w:leftChars="193" w:left="42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2C0512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 xml:space="preserve">場所：〇〇公園駐車場（または各班指定場所）  </w:t>
                      </w:r>
                    </w:p>
                    <w:p w14:paraId="5413B335" w14:textId="45B8387E" w:rsidR="002C0512" w:rsidRPr="002C0512" w:rsidRDefault="002C0512" w:rsidP="00BA6980">
                      <w:pPr>
                        <w:tabs>
                          <w:tab w:val="left" w:pos="1843"/>
                        </w:tabs>
                        <w:spacing w:line="240" w:lineRule="auto"/>
                        <w:ind w:leftChars="193" w:left="42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2C0512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 xml:space="preserve">回収品目：新聞・段ボール・アルミ缶・ペットボトルなど  </w:t>
                      </w:r>
                    </w:p>
                    <w:p w14:paraId="50828ECA" w14:textId="475C188F" w:rsidR="00C67A16" w:rsidRPr="00131338" w:rsidRDefault="002C0512" w:rsidP="00BA6980">
                      <w:pPr>
                        <w:tabs>
                          <w:tab w:val="left" w:pos="1843"/>
                        </w:tabs>
                        <w:spacing w:line="240" w:lineRule="auto"/>
                        <w:ind w:leftChars="193" w:left="42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proofErr w:type="spellStart"/>
                      <w:r w:rsidRPr="002C0512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備考：小雨決行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52C0F04C" w:rsidR="0072531E" w:rsidRDefault="00BA6980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667E42" wp14:editId="7E1E748C">
                <wp:simplePos x="0" y="0"/>
                <wp:positionH relativeFrom="column">
                  <wp:posOffset>4351020</wp:posOffset>
                </wp:positionH>
                <wp:positionV relativeFrom="paragraph">
                  <wp:posOffset>73025</wp:posOffset>
                </wp:positionV>
                <wp:extent cx="956310" cy="990600"/>
                <wp:effectExtent l="38100" t="0" r="34290" b="381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906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DF09D" id="正方形/長方形 5" o:spid="_x0000_s1026" style="position:absolute;left:0;text-align:left;margin-left:342.6pt;margin-top:5.75pt;width:75.3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3BD5FD60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0FD89262" w14:textId="77777777" w:rsidR="00BA6980" w:rsidRDefault="00BA6980" w:rsidP="00BA6980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49B10577" w14:textId="187306CD" w:rsidR="0072531E" w:rsidRDefault="00BA6980" w:rsidP="00BA6980">
      <w:pPr>
        <w:rPr>
          <w:rFonts w:ascii="HG創英角ﾎﾟｯﾌﾟ体" w:eastAsia="HG創英角ﾎﾟｯﾌﾟ体" w:hAnsi="HG創英角ﾎﾟｯﾌﾟ体" w:cs="ＭＳ 明朝"/>
          <w:lang w:eastAsia="ja-JP"/>
        </w:rPr>
      </w:pPr>
      <w:r w:rsidRPr="00BA6980">
        <w:rPr>
          <w:rFonts w:ascii="HG創英角ﾎﾟｯﾌﾟ体" w:eastAsia="HG創英角ﾎﾟｯﾌﾟ体" w:hAnsi="HG創英角ﾎﾟｯﾌﾟ体" w:cs="ＭＳ 明朝" w:hint="eastAsia"/>
          <w:lang w:eastAsia="ja-JP"/>
        </w:rPr>
        <w:t>※危険物や汚れのひどいものは回収できません。</w:t>
      </w:r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  <w:r w:rsidRPr="00BA6980">
        <w:rPr>
          <w:rFonts w:ascii="HG創英角ﾎﾟｯﾌﾟ体" w:eastAsia="HG創英角ﾎﾟｯﾌﾟ体" w:hAnsi="HG創英角ﾎﾟｯﾌﾟ体" w:cs="ＭＳ 明朝" w:hint="eastAsia"/>
          <w:lang w:eastAsia="ja-JP"/>
        </w:rPr>
        <w:t>※お子さんの参加は保護者同伴でお願いいたします。</w:t>
      </w:r>
    </w:p>
    <w:p w14:paraId="587C728E" w14:textId="239D8AC6" w:rsidR="00131338" w:rsidRPr="00BF64F1" w:rsidRDefault="00BA6980" w:rsidP="00131338">
      <w:pPr>
        <w:rPr>
          <w:rFonts w:ascii="HG創英角ﾎﾟｯﾌﾟ体" w:eastAsia="HG創英角ﾎﾟｯﾌﾟ体" w:hAnsi="HG創英角ﾎﾟｯﾌﾟ体"/>
          <w:lang w:eastAsia="ja-JP"/>
        </w:rPr>
      </w:pPr>
      <w:r w:rsidRPr="00BA6980">
        <w:rPr>
          <w:rFonts w:ascii="HG創英角ﾎﾟｯﾌﾟ体" w:eastAsia="HG創英角ﾎﾟｯﾌﾟ体" w:hAnsi="HG創英角ﾎﾟｯﾌﾟ体" w:hint="eastAsia"/>
          <w:lang w:eastAsia="ja-JP"/>
        </w:rPr>
        <w:t>ご協力よろしくお願いします♪</w:t>
      </w:r>
    </w:p>
    <w:bookmarkEnd w:id="1"/>
    <w:p w14:paraId="3373CC04" w14:textId="6DE19FD3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4895A2" wp14:editId="63D34CD3">
                <wp:simplePos x="0" y="0"/>
                <wp:positionH relativeFrom="column">
                  <wp:posOffset>769620</wp:posOffset>
                </wp:positionH>
                <wp:positionV relativeFrom="paragraph">
                  <wp:posOffset>266700</wp:posOffset>
                </wp:positionV>
                <wp:extent cx="1550670" cy="1424940"/>
                <wp:effectExtent l="3810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142494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270912" id="正方形/長方形 6" o:spid="_x0000_s1026" style="position:absolute;left:0;text-align:left;margin-left:60.6pt;margin-top:21pt;width:122.1pt;height:112.2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023B6876" w14:textId="04583F47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7C7E389D" w14:textId="55A9D61D" w:rsidR="00583F95" w:rsidRDefault="00583F95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14CDA80A" w14:textId="34955C6B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bookmarkEnd w:id="2"/>
      <w:r w:rsidR="00BA6980" w:rsidRPr="00BA6980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自治会事務局　000-0000-0000</w:t>
      </w:r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90F06" w14:textId="77777777" w:rsidR="00B61949" w:rsidRDefault="00B61949" w:rsidP="00137D80">
      <w:pPr>
        <w:spacing w:after="0" w:line="240" w:lineRule="auto"/>
      </w:pPr>
      <w:r>
        <w:separator/>
      </w:r>
    </w:p>
  </w:endnote>
  <w:endnote w:type="continuationSeparator" w:id="0">
    <w:p w14:paraId="2F70316F" w14:textId="77777777" w:rsidR="00B61949" w:rsidRDefault="00B61949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238F4" w14:textId="77777777" w:rsidR="00B61949" w:rsidRDefault="00B61949" w:rsidP="00137D80">
      <w:pPr>
        <w:spacing w:after="0" w:line="240" w:lineRule="auto"/>
      </w:pPr>
      <w:r>
        <w:separator/>
      </w:r>
    </w:p>
  </w:footnote>
  <w:footnote w:type="continuationSeparator" w:id="0">
    <w:p w14:paraId="174C8692" w14:textId="77777777" w:rsidR="00B61949" w:rsidRDefault="00B61949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131338"/>
    <w:rsid w:val="00137D80"/>
    <w:rsid w:val="0015074B"/>
    <w:rsid w:val="00273576"/>
    <w:rsid w:val="0029639D"/>
    <w:rsid w:val="002A2B5A"/>
    <w:rsid w:val="002C0512"/>
    <w:rsid w:val="002D5B6B"/>
    <w:rsid w:val="00326F90"/>
    <w:rsid w:val="00371A53"/>
    <w:rsid w:val="003E015C"/>
    <w:rsid w:val="00470C49"/>
    <w:rsid w:val="004E1AE7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A42962"/>
    <w:rsid w:val="00AA1D8D"/>
    <w:rsid w:val="00B47730"/>
    <w:rsid w:val="00B61949"/>
    <w:rsid w:val="00BA6980"/>
    <w:rsid w:val="00BF64F1"/>
    <w:rsid w:val="00C44DCB"/>
    <w:rsid w:val="00C45A22"/>
    <w:rsid w:val="00C66295"/>
    <w:rsid w:val="00C67A16"/>
    <w:rsid w:val="00CB0664"/>
    <w:rsid w:val="00D75FEE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2025-10-10T04:50:00Z</dcterms:modified>
  <cp:category/>
</cp:coreProperties>
</file>