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450205F2">
                <wp:simplePos x="0" y="0"/>
                <wp:positionH relativeFrom="margin">
                  <wp:posOffset>2010410</wp:posOffset>
                </wp:positionH>
                <wp:positionV relativeFrom="paragraph">
                  <wp:posOffset>4445</wp:posOffset>
                </wp:positionV>
                <wp:extent cx="1363980" cy="1242060"/>
                <wp:effectExtent l="0" t="0" r="26670" b="342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97659" id="正方形/長方形 2" o:spid="_x0000_s1026" style="position:absolute;left:0;text-align:left;margin-left:158.3pt;margin-top:.35pt;width:107.4pt;height:97.8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2D72FC68" w:rsidR="00131338" w:rsidRDefault="00CE0956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CE0956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みんなでぺったん！餅つき大会開催！</w:t>
      </w:r>
    </w:p>
    <w:p w14:paraId="3BD9A871" w14:textId="1AF9A8FC" w:rsidR="00CE0956" w:rsidRPr="00CE0956" w:rsidRDefault="00137D80" w:rsidP="00CE095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CE0956" w:rsidRPr="00CE0956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いつも自治会活動にご協力ありがとうございます。</w:t>
      </w:r>
    </w:p>
    <w:p w14:paraId="281FCE32" w14:textId="77777777" w:rsidR="00CE0956" w:rsidRPr="00CE0956" w:rsidRDefault="00CE0956" w:rsidP="00CE095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今年も「餅つき大会」を行います！</w:t>
      </w:r>
    </w:p>
    <w:p w14:paraId="203CFFD4" w14:textId="76D47B59" w:rsidR="00CE0956" w:rsidRPr="00CE0956" w:rsidRDefault="00CE0956" w:rsidP="00CE095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みんなで</w:t>
      </w:r>
      <w:proofErr w:type="gramStart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ぺっ</w:t>
      </w:r>
      <w:proofErr w:type="gramEnd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たん</w:t>
      </w:r>
      <w:proofErr w:type="gramStart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ぺっ</w:t>
      </w:r>
      <w:proofErr w:type="gramEnd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たん、お餅をついて、つきたてを味わいましょう♪</w:t>
      </w:r>
    </w:p>
    <w:p w14:paraId="358C48FB" w14:textId="4B05E806" w:rsidR="00131338" w:rsidRDefault="00CE0956" w:rsidP="00CE0956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子ども用の</w:t>
      </w:r>
      <w:proofErr w:type="gramStart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きねも</w:t>
      </w:r>
      <w:proofErr w:type="gramEnd"/>
      <w:r w:rsidRPr="00CE0956">
        <w:rPr>
          <w:rFonts w:ascii="HG創英角ﾎﾟｯﾌﾟ体" w:eastAsia="HG創英角ﾎﾟｯﾌﾟ体" w:hAnsi="HG創英角ﾎﾟｯﾌﾟ体" w:hint="eastAsia"/>
          <w:lang w:eastAsia="ja-JP"/>
        </w:rPr>
        <w:t>ありますので、ぜひご家族で遊びにきてください！</w:t>
      </w:r>
    </w:p>
    <w:p w14:paraId="0CD2263E" w14:textId="62D687DF" w:rsidR="00CE0956" w:rsidRDefault="00CE0956" w:rsidP="00CE095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F51FED" wp14:editId="5B275159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562600" cy="2024743"/>
                <wp:effectExtent l="0" t="0" r="19050" b="1397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024743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2B414" w14:textId="77777777" w:rsidR="00CE0956" w:rsidRPr="00CE0956" w:rsidRDefault="00CE0956" w:rsidP="00CE0956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E0956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日時：〇月〇日（〇） 午前〇時～正午ごろ</w:t>
                            </w:r>
                          </w:p>
                          <w:p w14:paraId="41E32B1F" w14:textId="77777777" w:rsidR="00CE0956" w:rsidRPr="00CE0956" w:rsidRDefault="00CE0956" w:rsidP="00CE0956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E0956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会場：○○公園 または ○○集会所 前</w:t>
                            </w:r>
                          </w:p>
                          <w:p w14:paraId="42FA2585" w14:textId="77777777" w:rsidR="00CE0956" w:rsidRPr="00CE0956" w:rsidRDefault="00CE0956" w:rsidP="00CE0956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E0956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内容：餅つき体験・おしるこ・お楽しみ抽選会</w:t>
                            </w:r>
                          </w:p>
                          <w:p w14:paraId="117E3051" w14:textId="77777777" w:rsidR="00CE0956" w:rsidRPr="00CE0956" w:rsidRDefault="00CE0956" w:rsidP="00CE0956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E0956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持ち物：お皿・お箸・飲み物</w:t>
                            </w:r>
                          </w:p>
                          <w:p w14:paraId="50828ECA" w14:textId="31105477" w:rsidR="00C67A16" w:rsidRPr="00131338" w:rsidRDefault="00CE0956" w:rsidP="00CE0956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E0956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参加費：無料（数に限りがあります）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5.5pt;width:438pt;height:159.4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" fillcolor="#f9fbfd" strokecolor="#0773a9" strokeweight="1.5pt">
                <v:textbox>
                  <w:txbxContent>
                    <w:p w14:paraId="09A2B414" w14:textId="77777777" w:rsidR="00CE0956" w:rsidRPr="00CE0956" w:rsidRDefault="00CE0956" w:rsidP="00CE0956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E0956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日時：〇月〇日（〇） 午前〇時～正午ごろ</w:t>
                      </w:r>
                    </w:p>
                    <w:p w14:paraId="41E32B1F" w14:textId="77777777" w:rsidR="00CE0956" w:rsidRPr="00CE0956" w:rsidRDefault="00CE0956" w:rsidP="00CE0956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E0956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会場：○○公園 または ○○集会所 前</w:t>
                      </w:r>
                    </w:p>
                    <w:p w14:paraId="42FA2585" w14:textId="77777777" w:rsidR="00CE0956" w:rsidRPr="00CE0956" w:rsidRDefault="00CE0956" w:rsidP="00CE0956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E0956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内容：餅つき体験・おしるこ・お楽しみ抽選会</w:t>
                      </w:r>
                    </w:p>
                    <w:p w14:paraId="117E3051" w14:textId="77777777" w:rsidR="00CE0956" w:rsidRPr="00CE0956" w:rsidRDefault="00CE0956" w:rsidP="00CE0956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E0956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持ち物：お皿・お箸・飲み物</w:t>
                      </w:r>
                    </w:p>
                    <w:p w14:paraId="50828ECA" w14:textId="31105477" w:rsidR="00C67A16" w:rsidRPr="00131338" w:rsidRDefault="00CE0956" w:rsidP="00CE0956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CE0956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参加費：無料（数に限りがあります）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C3CAA" w14:textId="7140ED25" w:rsidR="0072531E" w:rsidRDefault="00583F95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67E42" wp14:editId="523E7394">
                <wp:simplePos x="0" y="0"/>
                <wp:positionH relativeFrom="column">
                  <wp:posOffset>3755390</wp:posOffset>
                </wp:positionH>
                <wp:positionV relativeFrom="paragraph">
                  <wp:posOffset>90170</wp:posOffset>
                </wp:positionV>
                <wp:extent cx="1383575" cy="1202872"/>
                <wp:effectExtent l="38100" t="19050" r="26670" b="1651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75" cy="1202872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69C46" id="正方形/長方形 5" o:spid="_x0000_s1026" style="position:absolute;left:0;text-align:left;margin-left:295.7pt;margin-top:7.1pt;width:108.95pt;height:9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254DDE1F" w14:textId="56268D2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40AEACA7" w14:textId="77777777" w:rsidR="00CE0956" w:rsidRDefault="00CE0956" w:rsidP="00CE0956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317660C2" w14:textId="3F69305D" w:rsidR="00CE0956" w:rsidRPr="00CE0956" w:rsidRDefault="00CE0956" w:rsidP="00CE0956">
      <w:pPr>
        <w:rPr>
          <w:rFonts w:ascii="HG創英角ﾎﾟｯﾌﾟ体" w:eastAsia="HG創英角ﾎﾟｯﾌﾟ体" w:hAnsi="HG創英角ﾎﾟｯﾌﾟ体" w:cs="ＭＳ 明朝"/>
          <w:lang w:eastAsia="ja-JP"/>
        </w:rPr>
      </w:pPr>
      <w:r w:rsidRPr="00CE0956">
        <w:rPr>
          <w:rFonts w:ascii="HG創英角ﾎﾟｯﾌﾟ体" w:eastAsia="HG創英角ﾎﾟｯﾌﾟ体" w:hAnsi="HG創英角ﾎﾟｯﾌﾟ体" w:cs="ＭＳ 明朝" w:hint="eastAsia"/>
          <w:lang w:eastAsia="ja-JP"/>
        </w:rPr>
        <w:t>※安全のため、小さいお子さんは保護者と一緒にご参加ください。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CE0956">
        <w:rPr>
          <w:rFonts w:ascii="HG創英角ﾎﾟｯﾌﾟ体" w:eastAsia="HG創英角ﾎﾟｯﾌﾟ体" w:hAnsi="HG創英角ﾎﾟｯﾌﾟ体" w:cs="ＭＳ 明朝" w:hint="eastAsia"/>
          <w:lang w:eastAsia="ja-JP"/>
        </w:rPr>
        <w:t>※雨天時は屋内開催となります。</w:t>
      </w:r>
    </w:p>
    <w:p w14:paraId="587C728E" w14:textId="4E649D45" w:rsidR="00131338" w:rsidRPr="00CE0956" w:rsidRDefault="00CE0956" w:rsidP="00CE0956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895A2" wp14:editId="7A35AF56">
                <wp:simplePos x="0" y="0"/>
                <wp:positionH relativeFrom="column">
                  <wp:posOffset>1150802</wp:posOffset>
                </wp:positionH>
                <wp:positionV relativeFrom="paragraph">
                  <wp:posOffset>301171</wp:posOffset>
                </wp:positionV>
                <wp:extent cx="1439565" cy="1454332"/>
                <wp:effectExtent l="38100" t="0" r="46355" b="508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65" cy="1454332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36985" id="正方形/長方形 6" o:spid="_x0000_s1026" style="position:absolute;left:0;text-align:left;margin-left:90.6pt;margin-top:23.7pt;width:113.35pt;height:1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  <w:r w:rsidRPr="00CE0956">
        <w:rPr>
          <w:rFonts w:ascii="HG創英角ﾎﾟｯﾌﾟ体" w:eastAsia="HG創英角ﾎﾟｯﾌﾟ体" w:hAnsi="HG創英角ﾎﾟｯﾌﾟ体" w:cs="ＭＳ 明朝" w:hint="eastAsia"/>
          <w:lang w:eastAsia="ja-JP"/>
        </w:rPr>
        <w:t>みんなで楽しく新しい年を迎えましょう！</w:t>
      </w:r>
    </w:p>
    <w:bookmarkEnd w:id="1"/>
    <w:p w14:paraId="7D2FE07B" w14:textId="42082AF4" w:rsidR="00CE0956" w:rsidRDefault="00CE0956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7C7E389D" w14:textId="6EA8A55C" w:rsidR="00583F95" w:rsidRDefault="00583F95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30C3BBA1" w:rsidR="00603F5E" w:rsidRPr="00C67A16" w:rsidRDefault="00CE0956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="00F06AD0"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="00F06AD0"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2A576" w14:textId="77777777" w:rsidR="00BC263E" w:rsidRDefault="00BC263E" w:rsidP="00137D80">
      <w:pPr>
        <w:spacing w:after="0" w:line="240" w:lineRule="auto"/>
      </w:pPr>
      <w:r>
        <w:separator/>
      </w:r>
    </w:p>
  </w:endnote>
  <w:endnote w:type="continuationSeparator" w:id="0">
    <w:p w14:paraId="39DB8D48" w14:textId="77777777" w:rsidR="00BC263E" w:rsidRDefault="00BC263E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E2941" w14:textId="77777777" w:rsidR="00BC263E" w:rsidRDefault="00BC263E" w:rsidP="00137D80">
      <w:pPr>
        <w:spacing w:after="0" w:line="240" w:lineRule="auto"/>
      </w:pPr>
      <w:r>
        <w:separator/>
      </w:r>
    </w:p>
  </w:footnote>
  <w:footnote w:type="continuationSeparator" w:id="0">
    <w:p w14:paraId="517A4402" w14:textId="77777777" w:rsidR="00BC263E" w:rsidRDefault="00BC263E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42962"/>
    <w:rsid w:val="00AA1D8D"/>
    <w:rsid w:val="00B47730"/>
    <w:rsid w:val="00BC263E"/>
    <w:rsid w:val="00BF64F1"/>
    <w:rsid w:val="00C44DCB"/>
    <w:rsid w:val="00C45A22"/>
    <w:rsid w:val="00C66295"/>
    <w:rsid w:val="00C67A16"/>
    <w:rsid w:val="00CB0664"/>
    <w:rsid w:val="00CE0956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7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2025-10-12T08:15:00Z</dcterms:modified>
  <cp:category/>
</cp:coreProperties>
</file>