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335B2751" w:rsidR="00FC125E" w:rsidRPr="00BF64F1" w:rsidRDefault="00F829F1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1F42F1" wp14:editId="1F61429E">
                <wp:simplePos x="0" y="0"/>
                <wp:positionH relativeFrom="margin">
                  <wp:posOffset>2010410</wp:posOffset>
                </wp:positionH>
                <wp:positionV relativeFrom="paragraph">
                  <wp:posOffset>4445</wp:posOffset>
                </wp:positionV>
                <wp:extent cx="1363980" cy="1242060"/>
                <wp:effectExtent l="19050" t="0" r="76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3A1EE" id="正方形/長方形 2" o:spid="_x0000_s1026" style="position:absolute;left:0;text-align:left;margin-left:158.3pt;margin-top:.35pt;width:107.4pt;height:97.8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5EDA0D6D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141AC0C2" w14:textId="7A64B51E" w:rsidR="00603F5E" w:rsidRPr="00137D80" w:rsidRDefault="00A155E0" w:rsidP="00F829F1">
      <w:pPr>
        <w:spacing w:after="240"/>
        <w:jc w:val="center"/>
        <w:rPr>
          <w:rFonts w:ascii="HG創英角ﾎﾟｯﾌﾟ体" w:eastAsia="HG創英角ﾎﾟｯﾌﾟ体" w:hAnsi="HG創英角ﾎﾟｯﾌﾟ体"/>
          <w:bCs/>
          <w:color w:val="0773A9"/>
          <w:sz w:val="52"/>
          <w:szCs w:val="52"/>
          <w:lang w:eastAsia="ja-JP"/>
        </w:rPr>
      </w:pPr>
      <w:r w:rsidRPr="00A155E0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ごみ当番のご案内です</w:t>
      </w:r>
    </w:p>
    <w:p w14:paraId="1D0C6068" w14:textId="77777777" w:rsidR="00A155E0" w:rsidRPr="00A155E0" w:rsidRDefault="00137D80" w:rsidP="00A155E0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A155E0" w:rsidRPr="00A155E0">
        <w:rPr>
          <w:rFonts w:ascii="HG創英角ﾎﾟｯﾌﾟ体" w:eastAsia="HG創英角ﾎﾟｯﾌﾟ体" w:hAnsi="HG創英角ﾎﾟｯﾌﾟ体" w:hint="eastAsia"/>
          <w:lang w:eastAsia="ja-JP"/>
        </w:rPr>
        <w:t>いつも地域の活動にご協力いただき、ありがとうございます。</w:t>
      </w:r>
    </w:p>
    <w:p w14:paraId="5FBAFA44" w14:textId="77777777" w:rsidR="00A155E0" w:rsidRDefault="00A155E0" w:rsidP="00A155E0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A155E0">
        <w:rPr>
          <w:rFonts w:ascii="HG創英角ﾎﾟｯﾌﾟ体" w:eastAsia="HG創英角ﾎﾟｯﾌﾟ体" w:hAnsi="HG創英角ﾎﾟｯﾌﾟ体" w:hint="eastAsia"/>
          <w:lang w:eastAsia="ja-JP"/>
        </w:rPr>
        <w:t>〇班のみなさんの当番日が近づいてきました。</w:t>
      </w:r>
    </w:p>
    <w:p w14:paraId="51828FE8" w14:textId="5BEE4ADD" w:rsidR="00A155E0" w:rsidRPr="00A155E0" w:rsidRDefault="00A155E0" w:rsidP="00A155E0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A155E0">
        <w:rPr>
          <w:rFonts w:ascii="HG創英角ﾎﾟｯﾌﾟ体" w:eastAsia="HG創英角ﾎﾟｯﾌﾟ体" w:hAnsi="HG創英角ﾎﾟｯﾌﾟ体" w:hint="eastAsia"/>
          <w:lang w:eastAsia="ja-JP"/>
        </w:rPr>
        <w:t>当日は、集積所まわりの清掃や袋の整理などをお願いします。</w:t>
      </w:r>
    </w:p>
    <w:p w14:paraId="7A26D8E0" w14:textId="18D7A0EF" w:rsidR="00F829F1" w:rsidRPr="00F829F1" w:rsidRDefault="00A155E0" w:rsidP="00A155E0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A155E0">
        <w:rPr>
          <w:rFonts w:ascii="HG創英角ﾎﾟｯﾌﾟ体" w:eastAsia="HG創英角ﾎﾟｯﾌﾟ体" w:hAnsi="HG創英角ﾎﾟｯﾌﾟ体" w:hint="eastAsia"/>
          <w:lang w:eastAsia="ja-JP"/>
        </w:rPr>
        <w:t>みんなで協力して、気持ちのいい環境を保ちましょう。</w:t>
      </w:r>
      <w:r w:rsidR="00F829F1" w:rsidRPr="00F829F1">
        <w:rPr>
          <w:rFonts w:ascii="HG創英角ﾎﾟｯﾌﾟ体" w:eastAsia="HG創英角ﾎﾟｯﾌﾟ体" w:hAnsi="HG創英角ﾎﾟｯﾌﾟ体" w:hint="eastAsia"/>
          <w:lang w:eastAsia="ja-JP"/>
        </w:rPr>
        <w:t xml:space="preserve"> </w:t>
      </w:r>
    </w:p>
    <w:p w14:paraId="74EC3CAA" w14:textId="406D0A44" w:rsidR="0072531E" w:rsidRDefault="00583F95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67E42" wp14:editId="5A01A952">
                <wp:simplePos x="0" y="0"/>
                <wp:positionH relativeFrom="column">
                  <wp:posOffset>4162424</wp:posOffset>
                </wp:positionH>
                <wp:positionV relativeFrom="paragraph">
                  <wp:posOffset>209550</wp:posOffset>
                </wp:positionV>
                <wp:extent cx="1076325" cy="1086121"/>
                <wp:effectExtent l="38100" t="0" r="4762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86121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2B7E8" id="正方形/長方形 5" o:spid="_x0000_s1026" style="position:absolute;left:0;text-align:left;margin-left:327.75pt;margin-top:16.5pt;width:84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F51FED" wp14:editId="3FDB9978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5562600" cy="1295400"/>
                <wp:effectExtent l="0" t="0" r="1905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29540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928C2" w14:textId="24C0A014" w:rsidR="00A155E0" w:rsidRPr="00A155E0" w:rsidRDefault="00A155E0" w:rsidP="00A155E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</w:pPr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pacing w:val="73"/>
                                <w:fitText w:val="1100" w:id="-632444927"/>
                              </w:rPr>
                              <w:t>当番日</w:t>
                            </w:r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pacing w:val="2"/>
                                <w:fitText w:val="1100" w:id="-632444927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〇月〇日（〇</w:t>
                            </w:r>
                            <w:proofErr w:type="spellEnd"/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3E1D6A93" w14:textId="0CC9E70D" w:rsidR="00A155E0" w:rsidRPr="00A155E0" w:rsidRDefault="00A155E0" w:rsidP="00A155E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proofErr w:type="spellStart"/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pacing w:val="220"/>
                                <w:fitText w:val="1100" w:id="-632444926"/>
                              </w:rPr>
                              <w:t>時間</w:t>
                            </w:r>
                            <w:proofErr w:type="spellEnd"/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fitText w:val="1100" w:id="-632444926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午前〇時〜〇時（集合：〇〇集積所</w:t>
                            </w:r>
                            <w:proofErr w:type="spellEnd"/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098E69EA" w14:textId="38B191A6" w:rsidR="00A155E0" w:rsidRPr="00A155E0" w:rsidRDefault="00A155E0" w:rsidP="00A155E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fitText w:val="1100" w:id="-632444928"/>
                                <w:lang w:eastAsia="ja-JP"/>
                              </w:rPr>
                              <w:t>作業内容：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周辺清掃・袋の整理・フタの確認 など</w:t>
                            </w:r>
                          </w:p>
                          <w:p w14:paraId="50828ECA" w14:textId="0F2D626D" w:rsidR="00C67A16" w:rsidRPr="00C67A16" w:rsidRDefault="00A155E0" w:rsidP="00A155E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pacing w:val="73"/>
                                <w:fitText w:val="1100" w:id="-632444925"/>
                                <w:lang w:eastAsia="ja-JP"/>
                              </w:rPr>
                              <w:t>持ち物</w:t>
                            </w:r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pacing w:val="2"/>
                                <w:fitText w:val="1100" w:id="-632444925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A155E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手袋（自治会でも一部ご用意があります）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9.25pt;width:438pt;height:102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" fillcolor="#f9fbfd" strokecolor="#0773a9" strokeweight="1.5pt">
                <v:textbox>
                  <w:txbxContent>
                    <w:p w14:paraId="377928C2" w14:textId="24C0A014" w:rsidR="00A155E0" w:rsidRPr="00A155E0" w:rsidRDefault="00A155E0" w:rsidP="00A155E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</w:pPr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pacing w:val="73"/>
                          <w:fitText w:val="1100" w:id="-632444927"/>
                        </w:rPr>
                        <w:t>当番日</w:t>
                      </w:r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pacing w:val="2"/>
                          <w:fitText w:val="1100" w:id="-632444927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ab/>
                      </w:r>
                      <w:proofErr w:type="spellStart"/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〇月〇日（〇</w:t>
                      </w:r>
                      <w:proofErr w:type="spellEnd"/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）</w:t>
                      </w:r>
                    </w:p>
                    <w:p w14:paraId="3E1D6A93" w14:textId="0CC9E70D" w:rsidR="00A155E0" w:rsidRPr="00A155E0" w:rsidRDefault="00A155E0" w:rsidP="00A155E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proofErr w:type="spellStart"/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pacing w:val="220"/>
                          <w:fitText w:val="1100" w:id="-632444926"/>
                        </w:rPr>
                        <w:t>時間</w:t>
                      </w:r>
                      <w:proofErr w:type="spellEnd"/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fitText w:val="1100" w:id="-632444926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ab/>
                      </w:r>
                      <w:proofErr w:type="spellStart"/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午前〇時〜〇時（集合：〇〇集積所</w:t>
                      </w:r>
                      <w:proofErr w:type="spellEnd"/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）</w:t>
                      </w:r>
                    </w:p>
                    <w:p w14:paraId="098E69EA" w14:textId="38B191A6" w:rsidR="00A155E0" w:rsidRPr="00A155E0" w:rsidRDefault="00A155E0" w:rsidP="00A155E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fitText w:val="1100" w:id="-632444928"/>
                          <w:lang w:eastAsia="ja-JP"/>
                        </w:rPr>
                        <w:t>作業内容：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周辺清掃・袋の整理・フタの確認 など</w:t>
                      </w:r>
                    </w:p>
                    <w:p w14:paraId="50828ECA" w14:textId="0F2D626D" w:rsidR="00C67A16" w:rsidRPr="00C67A16" w:rsidRDefault="00A155E0" w:rsidP="00A155E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pacing w:val="73"/>
                          <w:fitText w:val="1100" w:id="-632444925"/>
                          <w:lang w:eastAsia="ja-JP"/>
                        </w:rPr>
                        <w:t>持ち物</w:t>
                      </w:r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pacing w:val="2"/>
                          <w:fitText w:val="1100" w:id="-632444925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A155E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手袋（自治会でも一部ご用意があります）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56268D2D" w:rsidR="0072531E" w:rsidRDefault="0072531E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3BD5FD60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49B10577" w14:textId="0BF5BEF4" w:rsidR="0072531E" w:rsidRDefault="00A155E0" w:rsidP="00A155E0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bookmarkStart w:id="1" w:name="_Hlk210491244"/>
      <w:r w:rsidRPr="00A155E0">
        <w:rPr>
          <w:rFonts w:ascii="HG創英角ﾎﾟｯﾌﾟ体" w:eastAsia="HG創英角ﾎﾟｯﾌﾟ体" w:hAnsi="HG創英角ﾎﾟｯﾌﾟ体" w:cs="ＭＳ 明朝" w:hint="eastAsia"/>
          <w:lang w:eastAsia="ja-JP"/>
        </w:rPr>
        <w:t>※雨天の場合は翌日に変更します。</w:t>
      </w:r>
      <w:r>
        <w:rPr>
          <w:rFonts w:ascii="HG創英角ﾎﾟｯﾌﾟ体" w:eastAsia="HG創英角ﾎﾟｯﾌﾟ体" w:hAnsi="HG創英角ﾎﾟｯﾌﾟ体" w:cs="ＭＳ 明朝"/>
          <w:lang w:eastAsia="ja-JP"/>
        </w:rPr>
        <w:br/>
      </w:r>
      <w:r w:rsidRPr="00A155E0">
        <w:rPr>
          <w:rFonts w:ascii="HG創英角ﾎﾟｯﾌﾟ体" w:eastAsia="HG創英角ﾎﾟｯﾌﾟ体" w:hAnsi="HG創英角ﾎﾟｯﾌﾟ体" w:cs="ＭＳ 明朝" w:hint="eastAsia"/>
          <w:lang w:eastAsia="ja-JP"/>
        </w:rPr>
        <w:t>※お子さんとご一緒の方は、無理のない範囲でご参加ください。</w:t>
      </w:r>
      <w:r>
        <w:rPr>
          <w:rFonts w:ascii="HG創英角ﾎﾟｯﾌﾟ体" w:eastAsia="HG創英角ﾎﾟｯﾌﾟ体" w:hAnsi="HG創英角ﾎﾟｯﾌﾟ体" w:cs="ＭＳ 明朝"/>
          <w:lang w:eastAsia="ja-JP"/>
        </w:rPr>
        <w:br/>
      </w:r>
    </w:p>
    <w:p w14:paraId="75A69D55" w14:textId="51EA0F2C" w:rsidR="00A155E0" w:rsidRPr="00A155E0" w:rsidRDefault="00A155E0" w:rsidP="00A155E0">
      <w:pPr>
        <w:rPr>
          <w:rFonts w:ascii="HG創英角ﾎﾟｯﾌﾟ体" w:eastAsia="HG創英角ﾎﾟｯﾌﾟ体" w:hAnsi="HG創英角ﾎﾟｯﾌﾟ体" w:hint="eastAsia"/>
          <w:lang w:eastAsia="ja-JP"/>
        </w:rPr>
      </w:pPr>
      <w:r w:rsidRPr="00A155E0">
        <w:rPr>
          <w:rFonts w:ascii="HG創英角ﾎﾟｯﾌﾟ体" w:eastAsia="HG創英角ﾎﾟｯﾌﾟ体" w:hAnsi="HG創英角ﾎﾟｯﾌﾟ体" w:hint="eastAsia"/>
          <w:lang w:eastAsia="ja-JP"/>
        </w:rPr>
        <w:t>ご協力どうぞよろしくお願いいたします。</w:t>
      </w:r>
    </w:p>
    <w:bookmarkEnd w:id="1"/>
    <w:p w14:paraId="3C58E63E" w14:textId="1B54E98C" w:rsidR="00F06AD0" w:rsidRDefault="00495A83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4895A2" wp14:editId="0E14771B">
                <wp:simplePos x="0" y="0"/>
                <wp:positionH relativeFrom="column">
                  <wp:posOffset>818515</wp:posOffset>
                </wp:positionH>
                <wp:positionV relativeFrom="paragraph">
                  <wp:posOffset>131445</wp:posOffset>
                </wp:positionV>
                <wp:extent cx="1952625" cy="1634490"/>
                <wp:effectExtent l="19050" t="0" r="6667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3449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30256" id="正方形/長方形 6" o:spid="_x0000_s1026" style="position:absolute;left:0;text-align:left;margin-left:64.45pt;margin-top:10.35pt;width:153.75pt;height:12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6C629C38" w14:textId="1FF57CAE" w:rsidR="00A155E0" w:rsidRDefault="00A155E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</w:p>
    <w:p w14:paraId="64D6F08A" w14:textId="77777777" w:rsidR="00A155E0" w:rsidRDefault="00A155E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</w:p>
    <w:p w14:paraId="5ED220CE" w14:textId="77777777" w:rsidR="00A155E0" w:rsidRDefault="00A155E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</w:p>
    <w:p w14:paraId="14CDA80A" w14:textId="24D6C862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00B1B" w14:textId="77777777" w:rsidR="000E7156" w:rsidRDefault="000E7156" w:rsidP="00137D80">
      <w:pPr>
        <w:spacing w:after="0" w:line="240" w:lineRule="auto"/>
      </w:pPr>
      <w:r>
        <w:separator/>
      </w:r>
    </w:p>
  </w:endnote>
  <w:endnote w:type="continuationSeparator" w:id="0">
    <w:p w14:paraId="57074CD9" w14:textId="77777777" w:rsidR="000E7156" w:rsidRDefault="000E7156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C1DD8" w14:textId="77777777" w:rsidR="000E7156" w:rsidRDefault="000E7156" w:rsidP="00137D80">
      <w:pPr>
        <w:spacing w:after="0" w:line="240" w:lineRule="auto"/>
      </w:pPr>
      <w:r>
        <w:separator/>
      </w:r>
    </w:p>
  </w:footnote>
  <w:footnote w:type="continuationSeparator" w:id="0">
    <w:p w14:paraId="46D6E360" w14:textId="77777777" w:rsidR="000E7156" w:rsidRDefault="000E7156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B66"/>
    <w:rsid w:val="000E7156"/>
    <w:rsid w:val="00137D80"/>
    <w:rsid w:val="0015074B"/>
    <w:rsid w:val="00273576"/>
    <w:rsid w:val="0029639D"/>
    <w:rsid w:val="002A2B5A"/>
    <w:rsid w:val="002D5B6B"/>
    <w:rsid w:val="00326F90"/>
    <w:rsid w:val="00371A53"/>
    <w:rsid w:val="003E015C"/>
    <w:rsid w:val="00470C49"/>
    <w:rsid w:val="00495A83"/>
    <w:rsid w:val="004E1AE7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A155E0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9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10</cp:revision>
  <cp:lastPrinted>2025-10-04T11:12:00Z</cp:lastPrinted>
  <dcterms:created xsi:type="dcterms:W3CDTF">2025-10-04T10:01:00Z</dcterms:created>
  <dcterms:modified xsi:type="dcterms:W3CDTF">2025-10-09T13:46:00Z</dcterms:modified>
  <cp:category/>
</cp:coreProperties>
</file>