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CC9E" w14:textId="577AE848" w:rsidR="00FC125E" w:rsidRPr="00BF64F1" w:rsidRDefault="00273576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bookmarkStart w:id="0" w:name="_Hlk210492016"/>
      <w:r w:rsidRPr="00BF64F1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F4FCF45" wp14:editId="620C6DEB">
                <wp:simplePos x="0" y="0"/>
                <wp:positionH relativeFrom="margin">
                  <wp:align>center</wp:align>
                </wp:positionH>
                <wp:positionV relativeFrom="paragraph">
                  <wp:posOffset>-319405</wp:posOffset>
                </wp:positionV>
                <wp:extent cx="1260000" cy="504000"/>
                <wp:effectExtent l="19050" t="19050" r="16510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0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D5933" w14:textId="04FD2DF7" w:rsidR="00FC125E" w:rsidRPr="00273576" w:rsidRDefault="00FC125E" w:rsidP="00FC12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273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FCF45" id="四角形: 角を丸くする 4" o:spid="_x0000_s1026" style="position:absolute;left:0;text-align:left;margin-left:0;margin-top:-25.15pt;width:99.2pt;height:39.7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" fillcolor="white [3212]" strokecolor="red" strokeweight="2.25pt">
                <v:textbox>
                  <w:txbxContent>
                    <w:p w14:paraId="7B5D5933" w14:textId="04FD2DF7" w:rsidR="00FC125E" w:rsidRPr="00273576" w:rsidRDefault="00FC125E" w:rsidP="00FC125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  <w:lang w:eastAsia="ja-JP"/>
                        </w:rPr>
                      </w:pPr>
                      <w:r w:rsidRPr="0027357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  <w:lang w:eastAsia="ja-JP"/>
                        </w:rPr>
                        <w:t>回覧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令和〇年〇月〇日</w:t>
      </w:r>
      <w:proofErr w:type="spellEnd"/>
    </w:p>
    <w:p w14:paraId="7B428171" w14:textId="350805D7" w:rsidR="00FC125E" w:rsidRPr="00BF64F1" w:rsidRDefault="00FC125E" w:rsidP="00D80B62">
      <w:pPr>
        <w:spacing w:line="240" w:lineRule="auto"/>
        <w:rPr>
          <w:rFonts w:ascii="HG創英角ﾎﾟｯﾌﾟ体" w:eastAsia="HG創英角ﾎﾟｯﾌﾟ体" w:hAnsi="HG創英角ﾎﾟｯﾌﾟ体"/>
        </w:rPr>
      </w:pPr>
      <w:proofErr w:type="spellStart"/>
      <w:r w:rsidRPr="00BF64F1">
        <w:rPr>
          <w:rFonts w:ascii="HG創英角ﾎﾟｯﾌﾟ体" w:eastAsia="HG創英角ﾎﾟｯﾌﾟ体" w:hAnsi="HG創英角ﾎﾟｯﾌﾟ体"/>
        </w:rPr>
        <w:t>会員各位</w:t>
      </w:r>
      <w:proofErr w:type="spellEnd"/>
    </w:p>
    <w:p w14:paraId="416CC729" w14:textId="5EDA0D6D" w:rsidR="00FC125E" w:rsidRPr="00BF64F1" w:rsidRDefault="00FC125E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r w:rsidRPr="00BF64F1">
        <w:rPr>
          <w:rFonts w:ascii="HG創英角ﾎﾟｯﾌﾟ体" w:eastAsia="HG創英角ﾎﾟｯﾌﾟ体" w:hAnsi="HG創英角ﾎﾟｯﾌﾟ体"/>
        </w:rPr>
        <w:t>○○</w:t>
      </w:r>
      <w:proofErr w:type="spellStart"/>
      <w:r w:rsidRPr="00BF64F1">
        <w:rPr>
          <w:rFonts w:ascii="HG創英角ﾎﾟｯﾌﾟ体" w:eastAsia="HG創英角ﾎﾟｯﾌﾟ体" w:hAnsi="HG創英角ﾎﾟｯﾌﾟ体"/>
        </w:rPr>
        <w:t>自治会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br/>
      </w:r>
      <w:proofErr w:type="spellStart"/>
      <w:r w:rsidRPr="00BF64F1">
        <w:rPr>
          <w:rFonts w:ascii="HG創英角ﾎﾟｯﾌﾟ体" w:eastAsia="HG創英角ﾎﾟｯﾌﾟ体" w:hAnsi="HG創英角ﾎﾟｯﾌﾟ体"/>
        </w:rPr>
        <w:t>会長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t xml:space="preserve">　○○○○</w:t>
      </w:r>
    </w:p>
    <w:p w14:paraId="6F7BE38A" w14:textId="0FD4E712" w:rsidR="00F06AD0" w:rsidRPr="00BF64F1" w:rsidRDefault="00F06AD0" w:rsidP="00FC125E">
      <w:pPr>
        <w:jc w:val="right"/>
        <w:rPr>
          <w:rFonts w:ascii="HG創英角ﾎﾟｯﾌﾟ体" w:eastAsia="HG創英角ﾎﾟｯﾌﾟ体" w:hAnsi="HG創英角ﾎﾟｯﾌﾟ体"/>
        </w:rPr>
      </w:pPr>
    </w:p>
    <w:bookmarkEnd w:id="0"/>
    <w:p w14:paraId="3D4D140C" w14:textId="7A46DEED" w:rsidR="00131338" w:rsidRPr="00BF4A95" w:rsidRDefault="00BF4A95" w:rsidP="00131338">
      <w:pPr>
        <w:spacing w:after="240" w:line="240" w:lineRule="auto"/>
        <w:jc w:val="center"/>
        <w:rPr>
          <w:rFonts w:ascii="HG創英角ﾎﾟｯﾌﾟ体" w:eastAsia="HG創英角ﾎﾟｯﾌﾟ体" w:hAnsi="HG創英角ﾎﾟｯﾌﾟ体"/>
          <w:bCs/>
          <w:noProof/>
          <w:color w:val="000000" w:themeColor="text1"/>
          <w:sz w:val="44"/>
          <w:szCs w:val="44"/>
          <w:lang w:eastAsia="ja-JP"/>
        </w:rPr>
      </w:pPr>
      <w:r w:rsidRPr="00BF4A95">
        <w:rPr>
          <w:rFonts w:ascii="HG創英角ﾎﾟｯﾌﾟ体" w:eastAsia="HG創英角ﾎﾟｯﾌﾟ体" w:hAnsi="HG創英角ﾎﾟｯﾌﾟ体" w:hint="eastAsia"/>
          <w:bCs/>
          <w:noProof/>
          <w:color w:val="000000" w:themeColor="text1"/>
          <w:sz w:val="44"/>
          <w:szCs w:val="44"/>
          <w:lang w:eastAsia="ja-JP"/>
        </w:rPr>
        <w:t>令和〇年度 自治会費集金のお知らせ</w:t>
      </w:r>
    </w:p>
    <w:p w14:paraId="493B3E7D" w14:textId="75B14878" w:rsidR="00BF4A95" w:rsidRPr="00BF4A95" w:rsidRDefault="00137D80" w:rsidP="00BF4A95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>
        <w:rPr>
          <w:rFonts w:ascii="HG創英角ﾎﾟｯﾌﾟ体" w:eastAsia="HG創英角ﾎﾟｯﾌﾟ体" w:hAnsi="HG創英角ﾎﾟｯﾌﾟ体"/>
          <w:lang w:eastAsia="ja-JP"/>
        </w:rPr>
        <w:br/>
      </w:r>
      <w:r w:rsidR="00BF4A95" w:rsidRPr="00BF4A95">
        <w:rPr>
          <w:rFonts w:ascii="HG創英角ﾎﾟｯﾌﾟ体" w:eastAsia="HG創英角ﾎﾟｯﾌﾟ体" w:hAnsi="HG創英角ﾎﾟｯﾌﾟ体" w:hint="eastAsia"/>
          <w:lang w:eastAsia="ja-JP"/>
        </w:rPr>
        <w:t>いつも自治会活動にご協力ありがとうございます。</w:t>
      </w:r>
      <w:r w:rsidR="00BF4A95">
        <w:rPr>
          <w:rFonts w:ascii="HG創英角ﾎﾟｯﾌﾟ体" w:eastAsia="HG創英角ﾎﾟｯﾌﾟ体" w:hAnsi="HG創英角ﾎﾟｯﾌﾟ体"/>
          <w:lang w:eastAsia="ja-JP"/>
        </w:rPr>
        <w:br/>
      </w:r>
    </w:p>
    <w:p w14:paraId="00D92452" w14:textId="77777777" w:rsidR="00BF4A95" w:rsidRPr="00BF4A95" w:rsidRDefault="00BF4A95" w:rsidP="00BF4A95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BF4A95">
        <w:rPr>
          <w:rFonts w:ascii="HG創英角ﾎﾟｯﾌﾟ体" w:eastAsia="HG創英角ﾎﾟｯﾌﾟ体" w:hAnsi="HG創英角ﾎﾟｯﾌﾟ体" w:hint="eastAsia"/>
          <w:lang w:eastAsia="ja-JP"/>
        </w:rPr>
        <w:t>地域の清掃活動や行事運営、防犯・防災の取り組みなど、皆さまの会費によって支えられています。</w:t>
      </w:r>
    </w:p>
    <w:p w14:paraId="25530846" w14:textId="77777777" w:rsidR="00BF4A95" w:rsidRPr="00BF4A95" w:rsidRDefault="00BF4A95" w:rsidP="00BF4A95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BF4A95">
        <w:rPr>
          <w:rFonts w:ascii="HG創英角ﾎﾟｯﾌﾟ体" w:eastAsia="HG創英角ﾎﾟｯﾌﾟ体" w:hAnsi="HG創英角ﾎﾟｯﾌﾟ体" w:hint="eastAsia"/>
          <w:lang w:eastAsia="ja-JP"/>
        </w:rPr>
        <w:t>今年度も下記のとおり自治会費を集金いたします。</w:t>
      </w:r>
    </w:p>
    <w:p w14:paraId="358C48FB" w14:textId="2D3626DF" w:rsidR="00131338" w:rsidRDefault="00BF4A95" w:rsidP="00BF4A95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BF4A95">
        <w:rPr>
          <w:rFonts w:ascii="HG創英角ﾎﾟｯﾌﾟ体" w:eastAsia="HG創英角ﾎﾟｯﾌﾟ体" w:hAnsi="HG創英角ﾎﾟｯﾌﾟ体" w:hint="eastAsia"/>
          <w:lang w:eastAsia="ja-JP"/>
        </w:rPr>
        <w:t>ご理解とご協力をお願いいたします。</w:t>
      </w:r>
      <w:r>
        <w:rPr>
          <w:rFonts w:ascii="HG創英角ﾎﾟｯﾌﾟ体" w:eastAsia="HG創英角ﾎﾟｯﾌﾟ体" w:hAnsi="HG創英角ﾎﾟｯﾌﾟ体"/>
          <w:lang w:eastAsia="ja-JP"/>
        </w:rPr>
        <w:br/>
      </w:r>
    </w:p>
    <w:p w14:paraId="74EC3CAA" w14:textId="05AA381F" w:rsidR="0072531E" w:rsidRDefault="00BF4A95" w:rsidP="00131338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667E42" wp14:editId="004D568F">
                <wp:simplePos x="0" y="0"/>
                <wp:positionH relativeFrom="column">
                  <wp:posOffset>4343400</wp:posOffset>
                </wp:positionH>
                <wp:positionV relativeFrom="paragraph">
                  <wp:posOffset>250825</wp:posOffset>
                </wp:positionV>
                <wp:extent cx="899160" cy="1086121"/>
                <wp:effectExtent l="0" t="0" r="0" b="381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1086121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291B2" id="正方形/長方形 5" o:spid="_x0000_s1026" style="position:absolute;left:0;text-align:left;margin-left:342pt;margin-top:19.75pt;width:70.8pt;height:8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" stroked="f">
                <v:fill r:id="rId9" o:title="" recolor="t" rotate="t" type="frame"/>
                <v:shadow on="t" color="black" opacity="22937f" origin=",.5" offset="0,.63889mm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7F51FED" wp14:editId="182FE5DE">
                <wp:simplePos x="0" y="0"/>
                <wp:positionH relativeFrom="margin">
                  <wp:align>center</wp:align>
                </wp:positionH>
                <wp:positionV relativeFrom="paragraph">
                  <wp:posOffset>41275</wp:posOffset>
                </wp:positionV>
                <wp:extent cx="5562600" cy="1569720"/>
                <wp:effectExtent l="0" t="0" r="19050" b="1143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569720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solidFill>
                          <a:srgbClr val="F9FBFD"/>
                        </a:solidFill>
                        <a:ln w="19050">
                          <a:solidFill>
                            <a:srgbClr val="0773A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54D332" w14:textId="77777777" w:rsidR="00BF4A95" w:rsidRPr="00BF4A95" w:rsidRDefault="00BF4A95" w:rsidP="00BF4A95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BF4A95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集金金額：　年間 ○○○○円（1世帯あたり）</w:t>
                            </w:r>
                          </w:p>
                          <w:p w14:paraId="6836D8B6" w14:textId="77777777" w:rsidR="00BF4A95" w:rsidRPr="00BF4A95" w:rsidRDefault="00BF4A95" w:rsidP="00BF4A95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BF4A95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納入方法：　班長による集金 または ○○集会所窓口にて</w:t>
                            </w:r>
                          </w:p>
                          <w:p w14:paraId="50828ECA" w14:textId="1B24BD20" w:rsidR="00C67A16" w:rsidRPr="00131338" w:rsidRDefault="00BF4A95" w:rsidP="00BF4A95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  <w:lang w:eastAsia="ja-JP"/>
                              </w:rPr>
                            </w:pPr>
                            <w:proofErr w:type="spellStart"/>
                            <w:r w:rsidRPr="00BF4A95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納入期間</w:t>
                            </w:r>
                            <w:proofErr w:type="spellEnd"/>
                            <w:r w:rsidRPr="00BF4A95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 xml:space="preserve">：　</w:t>
                            </w:r>
                            <w:proofErr w:type="spellStart"/>
                            <w:r w:rsidRPr="00BF4A95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〇月〇日（〇</w:t>
                            </w:r>
                            <w:proofErr w:type="spellEnd"/>
                            <w:r w:rsidRPr="00BF4A95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）～</w:t>
                            </w:r>
                            <w:proofErr w:type="spellStart"/>
                            <w:r w:rsidRPr="00BF4A95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〇月〇日（〇</w:t>
                            </w:r>
                            <w:proofErr w:type="spellEnd"/>
                            <w:r w:rsidRPr="00BF4A95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51FED" id="四角形: 角を丸くする 7" o:spid="_x0000_s1027" style="position:absolute;margin-left:0;margin-top:3.25pt;width:438pt;height:123.6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" fillcolor="#f9fbfd" strokecolor="#0773a9" strokeweight="1.5pt">
                <v:textbox>
                  <w:txbxContent>
                    <w:p w14:paraId="0354D332" w14:textId="77777777" w:rsidR="00BF4A95" w:rsidRPr="00BF4A95" w:rsidRDefault="00BF4A95" w:rsidP="00BF4A95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</w:pPr>
                      <w:r w:rsidRPr="00BF4A95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集金金額：　年間 ○○○○円（1世帯あたり）</w:t>
                      </w:r>
                    </w:p>
                    <w:p w14:paraId="6836D8B6" w14:textId="77777777" w:rsidR="00BF4A95" w:rsidRPr="00BF4A95" w:rsidRDefault="00BF4A95" w:rsidP="00BF4A95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</w:pPr>
                      <w:r w:rsidRPr="00BF4A95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納入方法：　班長による集金 または ○○集会所窓口にて</w:t>
                      </w:r>
                    </w:p>
                    <w:p w14:paraId="50828ECA" w14:textId="1B24BD20" w:rsidR="00C67A16" w:rsidRPr="00131338" w:rsidRDefault="00BF4A95" w:rsidP="00BF4A95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  <w:lang w:eastAsia="ja-JP"/>
                        </w:rPr>
                      </w:pPr>
                      <w:proofErr w:type="spellStart"/>
                      <w:r w:rsidRPr="00BF4A95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納入期間</w:t>
                      </w:r>
                      <w:proofErr w:type="spellEnd"/>
                      <w:r w:rsidRPr="00BF4A95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 xml:space="preserve">：　</w:t>
                      </w:r>
                      <w:proofErr w:type="spellStart"/>
                      <w:r w:rsidRPr="00BF4A95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〇月〇日（〇</w:t>
                      </w:r>
                      <w:proofErr w:type="spellEnd"/>
                      <w:r w:rsidRPr="00BF4A95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）～</w:t>
                      </w:r>
                      <w:proofErr w:type="spellStart"/>
                      <w:r w:rsidRPr="00BF4A95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〇月〇日（〇</w:t>
                      </w:r>
                      <w:proofErr w:type="spellEnd"/>
                      <w:r w:rsidRPr="00BF4A95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4DDE1F" w14:textId="56268D2D" w:rsidR="0072531E" w:rsidRDefault="0072531E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3D91B0E1" w14:textId="593E9B95" w:rsidR="00C67A16" w:rsidRDefault="00C67A16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2CCFE16D" w14:textId="2D559495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532B6F3A" w14:textId="3BD5FD60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1C9026E7" w14:textId="77777777" w:rsidR="00BF4A95" w:rsidRDefault="00BF4A95" w:rsidP="00BF4A95">
      <w:pPr>
        <w:rPr>
          <w:rFonts w:ascii="HG創英角ﾎﾟｯﾌﾟ体" w:eastAsia="HG創英角ﾎﾟｯﾌﾟ体" w:hAnsi="HG創英角ﾎﾟｯﾌﾟ体" w:cs="ＭＳ 明朝"/>
          <w:lang w:eastAsia="ja-JP"/>
        </w:rPr>
      </w:pPr>
      <w:bookmarkStart w:id="1" w:name="_Hlk210491244"/>
    </w:p>
    <w:p w14:paraId="33DA3F3A" w14:textId="283F3991" w:rsidR="00BF4A95" w:rsidRPr="00BF4A95" w:rsidRDefault="00BF4A95" w:rsidP="00BF4A95">
      <w:pPr>
        <w:rPr>
          <w:rFonts w:ascii="HG創英角ﾎﾟｯﾌﾟ体" w:eastAsia="HG創英角ﾎﾟｯﾌﾟ体" w:hAnsi="HG創英角ﾎﾟｯﾌﾟ体" w:cs="ＭＳ 明朝" w:hint="eastAsia"/>
          <w:lang w:eastAsia="ja-JP"/>
        </w:rPr>
      </w:pPr>
      <w:r w:rsidRPr="00BF4A95">
        <w:rPr>
          <w:rFonts w:ascii="HG創英角ﾎﾟｯﾌﾟ体" w:eastAsia="HG創英角ﾎﾟｯﾌﾟ体" w:hAnsi="HG創英角ﾎﾟｯﾌﾟ体" w:cs="ＭＳ 明朝" w:hint="eastAsia"/>
          <w:lang w:eastAsia="ja-JP"/>
        </w:rPr>
        <w:t>※領収書をお渡しいたします。</w:t>
      </w:r>
    </w:p>
    <w:p w14:paraId="587C728E" w14:textId="56B8660A" w:rsidR="00131338" w:rsidRPr="00BF64F1" w:rsidRDefault="00BF4A95" w:rsidP="00BF4A95">
      <w:pPr>
        <w:rPr>
          <w:rFonts w:ascii="HG創英角ﾎﾟｯﾌﾟ体" w:eastAsia="HG創英角ﾎﾟｯﾌﾟ体" w:hAnsi="HG創英角ﾎﾟｯﾌﾟ体"/>
          <w:lang w:eastAsia="ja-JP"/>
        </w:rPr>
      </w:pPr>
      <w:r w:rsidRPr="00BF4A95">
        <w:rPr>
          <w:rFonts w:ascii="HG創英角ﾎﾟｯﾌﾟ体" w:eastAsia="HG創英角ﾎﾟｯﾌﾟ体" w:hAnsi="HG創英角ﾎﾟｯﾌﾟ体" w:cs="ＭＳ 明朝" w:hint="eastAsia"/>
          <w:lang w:eastAsia="ja-JP"/>
        </w:rPr>
        <w:t>地域を支える大切な会費です。皆さまのご協力をお願いいたします。</w:t>
      </w:r>
    </w:p>
    <w:bookmarkEnd w:id="1"/>
    <w:p w14:paraId="3373CC04" w14:textId="5CE1607F" w:rsidR="00131338" w:rsidRDefault="00131338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023B6876" w14:textId="04583F47" w:rsidR="00131338" w:rsidRDefault="00131338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7C7E389D" w14:textId="61311A5F" w:rsidR="00583F95" w:rsidRDefault="00583F95" w:rsidP="00F06AD0">
      <w:pPr>
        <w:jc w:val="right"/>
        <w:rPr>
          <w:rFonts w:ascii="HG創英角ﾎﾟｯﾌﾟ体" w:eastAsia="HG創英角ﾎﾟｯﾌﾟ体" w:hAnsi="HG創英角ﾎﾟｯﾌﾟ体" w:hint="eastAsia"/>
          <w:lang w:eastAsia="ja-JP"/>
        </w:rPr>
      </w:pPr>
    </w:p>
    <w:p w14:paraId="14CDA80A" w14:textId="6F35D5B2" w:rsidR="00603F5E" w:rsidRPr="00C67A16" w:rsidRDefault="00F06AD0" w:rsidP="00F06AD0">
      <w:pPr>
        <w:jc w:val="right"/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</w:pPr>
      <w:bookmarkStart w:id="2" w:name="_Hlk210492228"/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お問い合わせ</w:t>
      </w:r>
      <w:r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先</w:t>
      </w: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br/>
      </w:r>
      <w:bookmarkEnd w:id="2"/>
      <w:r w:rsidR="00BF4A95" w:rsidRPr="00BF4A95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自治会事務局　TEL 000-0000-0000</w:t>
      </w:r>
    </w:p>
    <w:sectPr w:rsidR="00603F5E" w:rsidRPr="00C67A1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C2889" w14:textId="77777777" w:rsidR="00376269" w:rsidRDefault="00376269" w:rsidP="00137D80">
      <w:pPr>
        <w:spacing w:after="0" w:line="240" w:lineRule="auto"/>
      </w:pPr>
      <w:r>
        <w:separator/>
      </w:r>
    </w:p>
  </w:endnote>
  <w:endnote w:type="continuationSeparator" w:id="0">
    <w:p w14:paraId="0C4C8351" w14:textId="77777777" w:rsidR="00376269" w:rsidRDefault="00376269" w:rsidP="0013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0E6E2" w14:textId="77777777" w:rsidR="00376269" w:rsidRDefault="00376269" w:rsidP="00137D80">
      <w:pPr>
        <w:spacing w:after="0" w:line="240" w:lineRule="auto"/>
      </w:pPr>
      <w:r>
        <w:separator/>
      </w:r>
    </w:p>
  </w:footnote>
  <w:footnote w:type="continuationSeparator" w:id="0">
    <w:p w14:paraId="6261246F" w14:textId="77777777" w:rsidR="00376269" w:rsidRDefault="00376269" w:rsidP="00137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A5B66"/>
    <w:rsid w:val="00131338"/>
    <w:rsid w:val="00137D80"/>
    <w:rsid w:val="0015074B"/>
    <w:rsid w:val="00273576"/>
    <w:rsid w:val="0029639D"/>
    <w:rsid w:val="002A2B5A"/>
    <w:rsid w:val="002D5B6B"/>
    <w:rsid w:val="00326F90"/>
    <w:rsid w:val="00371A53"/>
    <w:rsid w:val="00376269"/>
    <w:rsid w:val="003E015C"/>
    <w:rsid w:val="00470C49"/>
    <w:rsid w:val="004E1AE7"/>
    <w:rsid w:val="00583338"/>
    <w:rsid w:val="00583F95"/>
    <w:rsid w:val="005A326A"/>
    <w:rsid w:val="00603263"/>
    <w:rsid w:val="00603F5E"/>
    <w:rsid w:val="006A0418"/>
    <w:rsid w:val="00710426"/>
    <w:rsid w:val="0072531E"/>
    <w:rsid w:val="008B1B01"/>
    <w:rsid w:val="00906582"/>
    <w:rsid w:val="00A42962"/>
    <w:rsid w:val="00AA1D8D"/>
    <w:rsid w:val="00B47730"/>
    <w:rsid w:val="00BF4A95"/>
    <w:rsid w:val="00BF64F1"/>
    <w:rsid w:val="00C44DCB"/>
    <w:rsid w:val="00C45A22"/>
    <w:rsid w:val="00C66295"/>
    <w:rsid w:val="00C67A16"/>
    <w:rsid w:val="00CB0664"/>
    <w:rsid w:val="00D80B62"/>
    <w:rsid w:val="00F06AD0"/>
    <w:rsid w:val="00F829F1"/>
    <w:rsid w:val="00FC125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1889AA"/>
  <w14:defaultImageDpi w14:val="300"/>
  <w15:docId w15:val="{3B21E9D5-401D-4E86-9A37-EE164AAC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FC125E"/>
  </w:style>
  <w:style w:type="character" w:customStyle="1" w:styleId="aff0">
    <w:name w:val="日付 (文字)"/>
    <w:basedOn w:val="a2"/>
    <w:link w:val="aff"/>
    <w:uiPriority w:val="99"/>
    <w:semiHidden/>
    <w:rsid w:val="00FC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9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hirabayashi kazuya</cp:lastModifiedBy>
  <cp:revision>3</cp:revision>
  <cp:lastPrinted>2025-10-04T11:12:00Z</cp:lastPrinted>
  <dcterms:created xsi:type="dcterms:W3CDTF">2025-10-09T13:36:00Z</dcterms:created>
  <dcterms:modified xsi:type="dcterms:W3CDTF">2025-10-11T04:12:00Z</dcterms:modified>
  <cp:category/>
</cp:coreProperties>
</file>