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3C4D3FF3" w:rsidR="00FC125E" w:rsidRPr="00BF64F1" w:rsidRDefault="00273576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4FCF45" wp14:editId="60B59B2A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7A9B3247" w:rsidR="00FC125E" w:rsidRPr="00BF64F1" w:rsidRDefault="00076CD1" w:rsidP="00D80B62">
      <w:pPr>
        <w:spacing w:line="240" w:lineRule="auto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1F42F1" wp14:editId="4D67EC57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892849" cy="1024890"/>
                <wp:effectExtent l="0" t="19050" r="0" b="6096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49" cy="102489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B2AA7" id="正方形/長方形 2" o:spid="_x0000_s1026" style="position:absolute;left:0;text-align:left;margin-left:0;margin-top:6.65pt;width:70.3pt;height:80.7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" stroked="f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会員各位</w:t>
      </w:r>
      <w:proofErr w:type="spellEnd"/>
    </w:p>
    <w:p w14:paraId="416CC729" w14:textId="62917875" w:rsidR="00FC125E" w:rsidRPr="00BF64F1" w:rsidRDefault="00FC125E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  <w:lang w:eastAsia="ja-JP"/>
        </w:rPr>
      </w:pPr>
      <w:r w:rsidRPr="00BF64F1">
        <w:rPr>
          <w:rFonts w:ascii="HG創英角ﾎﾟｯﾌﾟ体" w:eastAsia="HG創英角ﾎﾟｯﾌﾟ体" w:hAnsi="HG創英角ﾎﾟｯﾌﾟ体"/>
          <w:lang w:eastAsia="ja-JP"/>
        </w:rPr>
        <w:t>○○自治会</w:t>
      </w:r>
      <w:r w:rsidR="00557C4F">
        <w:rPr>
          <w:rFonts w:ascii="HG創英角ﾎﾟｯﾌﾟ体" w:eastAsia="HG創英角ﾎﾟｯﾌﾟ体" w:hAnsi="HG創英角ﾎﾟｯﾌﾟ体" w:hint="eastAsia"/>
          <w:lang w:eastAsia="ja-JP"/>
        </w:rPr>
        <w:t xml:space="preserve"> </w:t>
      </w:r>
      <w:proofErr w:type="spellStart"/>
      <w:r w:rsidR="00557C4F" w:rsidRPr="00557C4F">
        <w:rPr>
          <w:rFonts w:ascii="HG創英角ﾎﾟｯﾌﾟ体" w:eastAsia="HG創英角ﾎﾟｯﾌﾟ体" w:hAnsi="HG創英角ﾎﾟｯﾌﾟ体" w:hint="eastAsia"/>
        </w:rPr>
        <w:t>子ども会</w:t>
      </w:r>
      <w:proofErr w:type="spellEnd"/>
    </w:p>
    <w:p w14:paraId="6F7BE38A" w14:textId="4DE2C113" w:rsidR="00F06AD0" w:rsidRDefault="00F06AD0" w:rsidP="00FC125E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0F15CF39" w14:textId="77777777" w:rsidR="00557C4F" w:rsidRPr="00BF64F1" w:rsidRDefault="00557C4F" w:rsidP="00FC125E">
      <w:pPr>
        <w:jc w:val="right"/>
        <w:rPr>
          <w:rFonts w:ascii="HG創英角ﾎﾟｯﾌﾟ体" w:eastAsia="HG創英角ﾎﾟｯﾌﾟ体" w:hAnsi="HG創英角ﾎﾟｯﾌﾟ体" w:hint="eastAsia"/>
          <w:lang w:eastAsia="ja-JP"/>
        </w:rPr>
      </w:pPr>
    </w:p>
    <w:bookmarkEnd w:id="0"/>
    <w:p w14:paraId="3D4D140C" w14:textId="3A1DB59B" w:rsidR="00131338" w:rsidRDefault="00557C4F" w:rsidP="00131338">
      <w:pPr>
        <w:spacing w:after="240" w:line="240" w:lineRule="auto"/>
        <w:jc w:val="center"/>
        <w:rPr>
          <w:rFonts w:ascii="HG創英角ﾎﾟｯﾌﾟ体" w:eastAsia="HG創英角ﾎﾟｯﾌﾟ体" w:hAnsi="HG創英角ﾎﾟｯﾌﾟ体"/>
          <w:bCs/>
          <w:noProof/>
          <w:color w:val="0773A9"/>
          <w:sz w:val="44"/>
          <w:szCs w:val="44"/>
          <w:lang w:eastAsia="ja-JP"/>
        </w:rPr>
      </w:pPr>
      <w:r w:rsidRPr="00557C4F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「子ども神輿」参加者募集のお知らせ</w:t>
      </w:r>
    </w:p>
    <w:p w14:paraId="3F360379" w14:textId="7148B17E" w:rsidR="00557C4F" w:rsidRPr="00557C4F" w:rsidRDefault="00557C4F" w:rsidP="00557C4F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lang w:eastAsia="ja-JP"/>
        </w:rPr>
        <w:br/>
      </w:r>
      <w:r w:rsidRPr="00557C4F">
        <w:rPr>
          <w:rFonts w:ascii="HG創英角ﾎﾟｯﾌﾟ体" w:eastAsia="HG創英角ﾎﾟｯﾌﾟ体" w:hAnsi="HG創英角ﾎﾟｯﾌﾟ体" w:hint="eastAsia"/>
          <w:lang w:eastAsia="ja-JP"/>
        </w:rPr>
        <w:t>いつも子ども会活動にご協力いただきありがとうございます。</w:t>
      </w:r>
    </w:p>
    <w:p w14:paraId="16301127" w14:textId="77777777" w:rsidR="00557C4F" w:rsidRPr="00557C4F" w:rsidRDefault="00557C4F" w:rsidP="00557C4F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557C4F">
        <w:rPr>
          <w:rFonts w:ascii="HG創英角ﾎﾟｯﾌﾟ体" w:eastAsia="HG創英角ﾎﾟｯﾌﾟ体" w:hAnsi="HG創英角ﾎﾟｯﾌﾟ体" w:hint="eastAsia"/>
          <w:lang w:eastAsia="ja-JP"/>
        </w:rPr>
        <w:t>本年も、秋祭りの行事として子ども神輿を行います。</w:t>
      </w:r>
    </w:p>
    <w:p w14:paraId="358C48FB" w14:textId="0CCE24CA" w:rsidR="00131338" w:rsidRDefault="00557C4F" w:rsidP="00557C4F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557C4F">
        <w:rPr>
          <w:rFonts w:ascii="HG創英角ﾎﾟｯﾌﾟ体" w:eastAsia="HG創英角ﾎﾟｯﾌﾟ体" w:hAnsi="HG創英角ﾎﾟｯﾌﾟ体" w:hint="eastAsia"/>
          <w:lang w:eastAsia="ja-JP"/>
        </w:rPr>
        <w:t>地域の皆さんに元気な声を届けながら、楽しく練り歩きましょう。</w:t>
      </w:r>
    </w:p>
    <w:p w14:paraId="5B661027" w14:textId="4B54A201" w:rsidR="00557C4F" w:rsidRDefault="00557C4F" w:rsidP="00557C4F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F51FED" wp14:editId="08D7E4B2">
                <wp:simplePos x="0" y="0"/>
                <wp:positionH relativeFrom="margin">
                  <wp:align>center</wp:align>
                </wp:positionH>
                <wp:positionV relativeFrom="paragraph">
                  <wp:posOffset>318135</wp:posOffset>
                </wp:positionV>
                <wp:extent cx="5562600" cy="2286000"/>
                <wp:effectExtent l="0" t="0" r="19050" b="1905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228600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A58CD" w14:textId="0CD516AC" w:rsidR="00557C4F" w:rsidRPr="00557C4F" w:rsidRDefault="00557C4F" w:rsidP="00557C4F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220"/>
                                <w:fitText w:val="1100" w:id="-631479547"/>
                              </w:rPr>
                              <w:t>日時</w:t>
                            </w:r>
                            <w:proofErr w:type="spellEnd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fitText w:val="1100" w:id="-631479547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</w:rPr>
                              <w:tab/>
                            </w:r>
                            <w:proofErr w:type="spellStart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〇月〇日（〇</w:t>
                            </w:r>
                            <w:proofErr w:type="spellEnd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 xml:space="preserve">） </w:t>
                            </w:r>
                            <w:proofErr w:type="spellStart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午前〇時</w:t>
                            </w:r>
                            <w:proofErr w:type="spellEnd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集合</w:t>
                            </w:r>
                            <w:proofErr w:type="spellEnd"/>
                          </w:p>
                          <w:p w14:paraId="16ADA4B0" w14:textId="65D38C90" w:rsidR="00557C4F" w:rsidRPr="00557C4F" w:rsidRDefault="00557C4F" w:rsidP="00557C4F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fitText w:val="1100" w:id="-631479548"/>
                              </w:rPr>
                              <w:t>集合場所</w:t>
                            </w:r>
                            <w:proofErr w:type="spellEnd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fitText w:val="1100" w:id="-631479548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</w:rPr>
                              <w:tab/>
                            </w:r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○○</w:t>
                            </w:r>
                            <w:proofErr w:type="spellStart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集会所</w:t>
                            </w:r>
                            <w:proofErr w:type="spellEnd"/>
                          </w:p>
                          <w:p w14:paraId="1E93C337" w14:textId="7FC46679" w:rsidR="00557C4F" w:rsidRPr="00557C4F" w:rsidRDefault="00557C4F" w:rsidP="00557C4F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220"/>
                                <w:fitText w:val="1100" w:id="-631479549"/>
                              </w:rPr>
                              <w:t>対象</w:t>
                            </w:r>
                            <w:proofErr w:type="spellEnd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fitText w:val="1100" w:id="-631479549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</w:rPr>
                              <w:tab/>
                            </w:r>
                            <w:proofErr w:type="spellStart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小学生（保護者同伴</w:t>
                            </w:r>
                            <w:proofErr w:type="spellEnd"/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）</w:t>
                            </w:r>
                          </w:p>
                          <w:p w14:paraId="25B4CF34" w14:textId="2C9C1AF5" w:rsidR="00557C4F" w:rsidRPr="00557C4F" w:rsidRDefault="00557C4F" w:rsidP="00557C4F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220"/>
                                <w:fitText w:val="1100" w:id="-631479550"/>
                                <w:lang w:eastAsia="ja-JP"/>
                              </w:rPr>
                              <w:t>服装</w:t>
                            </w:r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fitText w:val="1100" w:id="-631479550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  <w:tab/>
                            </w:r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動きやすい服装・帽子</w:t>
                            </w:r>
                          </w:p>
                          <w:p w14:paraId="247DB68A" w14:textId="7BC2EB2A" w:rsidR="00557C4F" w:rsidRPr="00557C4F" w:rsidRDefault="00557C4F" w:rsidP="00557C4F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73"/>
                                <w:fitText w:val="1100" w:id="-631479551"/>
                                <w:lang w:eastAsia="ja-JP"/>
                              </w:rPr>
                              <w:t>持ち物</w:t>
                            </w:r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2"/>
                                <w:fitText w:val="1100" w:id="-631479551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  <w:tab/>
                            </w:r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飲み物・タオル</w:t>
                            </w:r>
                          </w:p>
                          <w:p w14:paraId="50828ECA" w14:textId="7FC49301" w:rsidR="00C67A16" w:rsidRPr="00131338" w:rsidRDefault="00557C4F" w:rsidP="00557C4F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73"/>
                                <w:fitText w:val="1100" w:id="-631479552"/>
                                <w:lang w:eastAsia="ja-JP"/>
                              </w:rPr>
                              <w:t>雨天時</w:t>
                            </w:r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spacing w:val="2"/>
                                <w:fitText w:val="1100" w:id="-631479552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  <w:tab/>
                            </w:r>
                            <w:r w:rsidRPr="00557C4F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  <w:lang w:eastAsia="ja-JP"/>
                              </w:rPr>
                              <w:t>中止（予備日なし）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0;margin-top:25.05pt;width:438pt;height:180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" fillcolor="#f9fbfd" strokecolor="#0773a9" strokeweight="1.5pt">
                <v:textbox>
                  <w:txbxContent>
                    <w:p w14:paraId="5E7A58CD" w14:textId="0CD516AC" w:rsidR="00557C4F" w:rsidRPr="00557C4F" w:rsidRDefault="00557C4F" w:rsidP="00557C4F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</w:pPr>
                      <w:proofErr w:type="spellStart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220"/>
                          <w:fitText w:val="1100" w:id="-631479547"/>
                        </w:rPr>
                        <w:t>日時</w:t>
                      </w:r>
                      <w:proofErr w:type="spellEnd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fitText w:val="1100" w:id="-631479547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</w:rPr>
                        <w:tab/>
                      </w:r>
                      <w:proofErr w:type="spellStart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〇月〇日（〇</w:t>
                      </w:r>
                      <w:proofErr w:type="spellEnd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 xml:space="preserve">） </w:t>
                      </w:r>
                      <w:proofErr w:type="spellStart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午前〇時</w:t>
                      </w:r>
                      <w:proofErr w:type="spellEnd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集合</w:t>
                      </w:r>
                      <w:proofErr w:type="spellEnd"/>
                    </w:p>
                    <w:p w14:paraId="16ADA4B0" w14:textId="65D38C90" w:rsidR="00557C4F" w:rsidRPr="00557C4F" w:rsidRDefault="00557C4F" w:rsidP="00557C4F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</w:pPr>
                      <w:proofErr w:type="spellStart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fitText w:val="1100" w:id="-631479548"/>
                        </w:rPr>
                        <w:t>集合場所</w:t>
                      </w:r>
                      <w:proofErr w:type="spellEnd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fitText w:val="1100" w:id="-631479548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</w:rPr>
                        <w:tab/>
                      </w:r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○○</w:t>
                      </w:r>
                      <w:proofErr w:type="spellStart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集会所</w:t>
                      </w:r>
                      <w:proofErr w:type="spellEnd"/>
                    </w:p>
                    <w:p w14:paraId="1E93C337" w14:textId="7FC46679" w:rsidR="00557C4F" w:rsidRPr="00557C4F" w:rsidRDefault="00557C4F" w:rsidP="00557C4F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</w:pPr>
                      <w:proofErr w:type="spellStart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220"/>
                          <w:fitText w:val="1100" w:id="-631479549"/>
                        </w:rPr>
                        <w:t>対象</w:t>
                      </w:r>
                      <w:proofErr w:type="spellEnd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fitText w:val="1100" w:id="-631479549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</w:rPr>
                        <w:tab/>
                      </w:r>
                      <w:proofErr w:type="spellStart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小学生（保護者同伴</w:t>
                      </w:r>
                      <w:proofErr w:type="spellEnd"/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）</w:t>
                      </w:r>
                    </w:p>
                    <w:p w14:paraId="25B4CF34" w14:textId="2C9C1AF5" w:rsidR="00557C4F" w:rsidRPr="00557C4F" w:rsidRDefault="00557C4F" w:rsidP="00557C4F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220"/>
                          <w:fitText w:val="1100" w:id="-631479550"/>
                          <w:lang w:eastAsia="ja-JP"/>
                        </w:rPr>
                        <w:t>服装</w:t>
                      </w:r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fitText w:val="1100" w:id="-631479550"/>
                          <w:lang w:eastAsia="ja-JP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  <w:tab/>
                      </w:r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動きやすい服装・帽子</w:t>
                      </w:r>
                    </w:p>
                    <w:p w14:paraId="247DB68A" w14:textId="7BC2EB2A" w:rsidR="00557C4F" w:rsidRPr="00557C4F" w:rsidRDefault="00557C4F" w:rsidP="00557C4F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</w:pPr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73"/>
                          <w:fitText w:val="1100" w:id="-631479551"/>
                          <w:lang w:eastAsia="ja-JP"/>
                        </w:rPr>
                        <w:t>持ち物</w:t>
                      </w:r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2"/>
                          <w:fitText w:val="1100" w:id="-631479551"/>
                          <w:lang w:eastAsia="ja-JP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  <w:tab/>
                      </w:r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飲み物・タオル</w:t>
                      </w:r>
                    </w:p>
                    <w:p w14:paraId="50828ECA" w14:textId="7FC49301" w:rsidR="00C67A16" w:rsidRPr="00131338" w:rsidRDefault="00557C4F" w:rsidP="00557C4F">
                      <w:pPr>
                        <w:tabs>
                          <w:tab w:val="left" w:pos="1843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</w:pPr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73"/>
                          <w:fitText w:val="1100" w:id="-631479552"/>
                          <w:lang w:eastAsia="ja-JP"/>
                        </w:rPr>
                        <w:t>雨天時</w:t>
                      </w:r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spacing w:val="2"/>
                          <w:fitText w:val="1100" w:id="-631479552"/>
                          <w:lang w:eastAsia="ja-JP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  <w:tab/>
                      </w:r>
                      <w:r w:rsidRPr="00557C4F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  <w:lang w:eastAsia="ja-JP"/>
                        </w:rPr>
                        <w:t>中止（予備日なし）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EC3CAA" w14:textId="742850AC" w:rsidR="0072531E" w:rsidRDefault="0072531E" w:rsidP="00131338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</w:p>
    <w:p w14:paraId="254DDE1F" w14:textId="49ABDA6F" w:rsidR="0072531E" w:rsidRDefault="00076CD1" w:rsidP="00F06AD0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67E42" wp14:editId="189202A7">
                <wp:simplePos x="0" y="0"/>
                <wp:positionH relativeFrom="column">
                  <wp:posOffset>3370580</wp:posOffset>
                </wp:positionH>
                <wp:positionV relativeFrom="paragraph">
                  <wp:posOffset>117475</wp:posOffset>
                </wp:positionV>
                <wp:extent cx="1923659" cy="1546860"/>
                <wp:effectExtent l="0" t="0" r="3873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659" cy="154686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BC042" id="正方形/長方形 5" o:spid="_x0000_s1026" style="position:absolute;left:0;text-align:left;margin-left:265.4pt;margin-top:9.25pt;width:151.45pt;height:12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" stroked="f">
                <v:fill r:id="rId11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3D91B0E1" w14:textId="593E9B95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2D559495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2C34E739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04972F8E" w14:textId="77777777" w:rsidR="00557C4F" w:rsidRDefault="00557C4F" w:rsidP="00F06AD0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</w:p>
    <w:p w14:paraId="6B989D50" w14:textId="77777777" w:rsidR="00557C4F" w:rsidRDefault="00557C4F" w:rsidP="00557C4F">
      <w:pPr>
        <w:rPr>
          <w:rFonts w:ascii="HG創英角ﾎﾟｯﾌﾟ体" w:eastAsia="HG創英角ﾎﾟｯﾌﾟ体" w:hAnsi="HG創英角ﾎﾟｯﾌﾟ体" w:cs="ＭＳ 明朝"/>
          <w:lang w:eastAsia="ja-JP"/>
        </w:rPr>
      </w:pPr>
      <w:bookmarkStart w:id="1" w:name="_Hlk210491244"/>
    </w:p>
    <w:p w14:paraId="76B553E1" w14:textId="77777777" w:rsidR="00557C4F" w:rsidRDefault="00557C4F" w:rsidP="00557C4F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12849915" w14:textId="51564C2E" w:rsidR="00557C4F" w:rsidRPr="00557C4F" w:rsidRDefault="00557C4F" w:rsidP="00557C4F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  <w:r w:rsidRPr="00557C4F">
        <w:rPr>
          <w:rFonts w:ascii="HG創英角ﾎﾟｯﾌﾟ体" w:eastAsia="HG創英角ﾎﾟｯﾌﾟ体" w:hAnsi="HG創英角ﾎﾟｯﾌﾟ体" w:cs="ＭＳ 明朝" w:hint="eastAsia"/>
          <w:lang w:eastAsia="ja-JP"/>
        </w:rPr>
        <w:t>※安全のため、保護者の方は必ず同伴をお願いいたします。</w:t>
      </w:r>
    </w:p>
    <w:p w14:paraId="03F18496" w14:textId="77777777" w:rsidR="00557C4F" w:rsidRPr="00557C4F" w:rsidRDefault="00557C4F" w:rsidP="00557C4F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  <w:r w:rsidRPr="00557C4F">
        <w:rPr>
          <w:rFonts w:ascii="HG創英角ﾎﾟｯﾌﾟ体" w:eastAsia="HG創英角ﾎﾟｯﾌﾟ体" w:hAnsi="HG創英角ﾎﾟｯﾌﾟ体" w:cs="ＭＳ 明朝" w:hint="eastAsia"/>
          <w:lang w:eastAsia="ja-JP"/>
        </w:rPr>
        <w:t>※途中参加・途中退出はご遠慮ください。</w:t>
      </w:r>
    </w:p>
    <w:p w14:paraId="587C728E" w14:textId="63782CAE" w:rsidR="00131338" w:rsidRPr="00BF64F1" w:rsidRDefault="00557C4F" w:rsidP="00557C4F">
      <w:pPr>
        <w:rPr>
          <w:rFonts w:ascii="HG創英角ﾎﾟｯﾌﾟ体" w:eastAsia="HG創英角ﾎﾟｯﾌﾟ体" w:hAnsi="HG創英角ﾎﾟｯﾌﾟ体"/>
          <w:lang w:eastAsia="ja-JP"/>
        </w:rPr>
      </w:pPr>
      <w:r w:rsidRPr="00557C4F">
        <w:rPr>
          <w:rFonts w:ascii="HG創英角ﾎﾟｯﾌﾟ体" w:eastAsia="HG創英角ﾎﾟｯﾌﾟ体" w:hAnsi="HG創英角ﾎﾟｯﾌﾟ体" w:cs="ＭＳ 明朝" w:hint="eastAsia"/>
          <w:lang w:eastAsia="ja-JP"/>
        </w:rPr>
        <w:t>みんなの参加をお待ちしています！</w:t>
      </w:r>
    </w:p>
    <w:bookmarkEnd w:id="1"/>
    <w:p w14:paraId="7C7E389D" w14:textId="347C818F" w:rsidR="00583F95" w:rsidRDefault="00583F95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14CDA80A" w14:textId="2C3162EE" w:rsidR="00603F5E" w:rsidRPr="00C67A16" w:rsidRDefault="00557C4F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  <w:r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</w:r>
      <w:r w:rsidR="00F06AD0"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="00F06AD0"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="00F06AD0"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</w:r>
      <w:bookmarkEnd w:id="2"/>
      <w:r w:rsidRPr="00557C4F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子ども会担当</w:t>
      </w:r>
      <w:r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 xml:space="preserve"> </w:t>
      </w:r>
      <w:r w:rsidRPr="00557C4F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○○</w:t>
      </w:r>
      <w:r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 xml:space="preserve"> </w:t>
      </w:r>
      <w:r w:rsidRPr="00557C4F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000-0000-0000）</w:t>
      </w:r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B2043" w14:textId="77777777" w:rsidR="00D0562A" w:rsidRDefault="00D0562A" w:rsidP="00137D80">
      <w:pPr>
        <w:spacing w:after="0" w:line="240" w:lineRule="auto"/>
      </w:pPr>
      <w:r>
        <w:separator/>
      </w:r>
    </w:p>
  </w:endnote>
  <w:endnote w:type="continuationSeparator" w:id="0">
    <w:p w14:paraId="68C899D4" w14:textId="77777777" w:rsidR="00D0562A" w:rsidRDefault="00D0562A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AB209" w14:textId="77777777" w:rsidR="00D0562A" w:rsidRDefault="00D0562A" w:rsidP="00137D80">
      <w:pPr>
        <w:spacing w:after="0" w:line="240" w:lineRule="auto"/>
      </w:pPr>
      <w:r>
        <w:separator/>
      </w:r>
    </w:p>
  </w:footnote>
  <w:footnote w:type="continuationSeparator" w:id="0">
    <w:p w14:paraId="3222C20A" w14:textId="77777777" w:rsidR="00D0562A" w:rsidRDefault="00D0562A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76CD1"/>
    <w:rsid w:val="000A5B66"/>
    <w:rsid w:val="00131338"/>
    <w:rsid w:val="00137D80"/>
    <w:rsid w:val="0015074B"/>
    <w:rsid w:val="00273576"/>
    <w:rsid w:val="0029639D"/>
    <w:rsid w:val="002A2B5A"/>
    <w:rsid w:val="002D5B6B"/>
    <w:rsid w:val="00326F90"/>
    <w:rsid w:val="00371A53"/>
    <w:rsid w:val="003E015C"/>
    <w:rsid w:val="00470C49"/>
    <w:rsid w:val="004E1AE7"/>
    <w:rsid w:val="00557C4F"/>
    <w:rsid w:val="00583338"/>
    <w:rsid w:val="00583F95"/>
    <w:rsid w:val="005A326A"/>
    <w:rsid w:val="00603263"/>
    <w:rsid w:val="00603F5E"/>
    <w:rsid w:val="006A0418"/>
    <w:rsid w:val="00710426"/>
    <w:rsid w:val="0072531E"/>
    <w:rsid w:val="008B1B01"/>
    <w:rsid w:val="00906582"/>
    <w:rsid w:val="00A42962"/>
    <w:rsid w:val="00AA1D8D"/>
    <w:rsid w:val="00B47730"/>
    <w:rsid w:val="00BF64F1"/>
    <w:rsid w:val="00C44DCB"/>
    <w:rsid w:val="00C45A22"/>
    <w:rsid w:val="00C66295"/>
    <w:rsid w:val="00C67A16"/>
    <w:rsid w:val="00CB0664"/>
    <w:rsid w:val="00D0562A"/>
    <w:rsid w:val="00D80B62"/>
    <w:rsid w:val="00F06AD0"/>
    <w:rsid w:val="00F829F1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9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3</cp:revision>
  <cp:lastPrinted>2025-10-04T11:12:00Z</cp:lastPrinted>
  <dcterms:created xsi:type="dcterms:W3CDTF">2025-10-09T13:36:00Z</dcterms:created>
  <dcterms:modified xsi:type="dcterms:W3CDTF">2025-10-11T08:39:00Z</dcterms:modified>
  <cp:category/>
</cp:coreProperties>
</file>