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606357D1" w:rsidR="00FC125E" w:rsidRPr="00BF64F1" w:rsidRDefault="004E2B89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1F42F1" wp14:editId="14613B31">
                <wp:simplePos x="0" y="0"/>
                <wp:positionH relativeFrom="margin">
                  <wp:align>center</wp:align>
                </wp:positionH>
                <wp:positionV relativeFrom="paragraph">
                  <wp:posOffset>-272184</wp:posOffset>
                </wp:positionV>
                <wp:extent cx="886691" cy="1729180"/>
                <wp:effectExtent l="0" t="0" r="0" b="615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691" cy="172918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r="-11402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5C38E" id="正方形/長方形 2" o:spid="_x0000_s1026" style="position:absolute;left:0;text-align:left;margin-left:0;margin-top:-21.45pt;width:69.8pt;height:136.15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73576"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5EF7B839" w:rsidR="00FC125E" w:rsidRPr="00BF64F1" w:rsidRDefault="00FC125E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proofErr w:type="spellStart"/>
      <w:r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3D4D140C" w14:textId="533A8068" w:rsidR="00131338" w:rsidRDefault="0057060B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57060B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グラウンドゴルフ大会のおしらせ！</w:t>
      </w:r>
    </w:p>
    <w:p w14:paraId="63F456D8" w14:textId="77777777" w:rsidR="0057060B" w:rsidRPr="0057060B" w:rsidRDefault="00137D80" w:rsidP="0057060B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57060B" w:rsidRPr="0057060B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いつも自治会活動にご協力ありがとうございます。</w:t>
      </w:r>
    </w:p>
    <w:p w14:paraId="2FB48D63" w14:textId="77777777" w:rsidR="0057060B" w:rsidRPr="0057060B" w:rsidRDefault="0057060B" w:rsidP="0057060B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57060B">
        <w:rPr>
          <w:rFonts w:ascii="HG創英角ﾎﾟｯﾌﾟ体" w:eastAsia="HG創英角ﾎﾟｯﾌﾟ体" w:hAnsi="HG創英角ﾎﾟｯﾌﾟ体" w:hint="eastAsia"/>
          <w:lang w:eastAsia="ja-JP"/>
        </w:rPr>
        <w:t>誰でも気軽に楽しめるグラウンドゴルフを、みんなで楽しみませんか？</w:t>
      </w:r>
    </w:p>
    <w:p w14:paraId="358C48FB" w14:textId="3CA0DE8A" w:rsidR="00131338" w:rsidRDefault="0057060B" w:rsidP="0057060B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57060B">
        <w:rPr>
          <w:rFonts w:ascii="HG創英角ﾎﾟｯﾌﾟ体" w:eastAsia="HG創英角ﾎﾟｯﾌﾟ体" w:hAnsi="HG創英角ﾎﾟｯﾌﾟ体" w:hint="eastAsia"/>
          <w:lang w:eastAsia="ja-JP"/>
        </w:rPr>
        <w:t>ご家族やお友だちと一緒に、楽しく汗を流しましょう！</w:t>
      </w:r>
    </w:p>
    <w:p w14:paraId="74EC3CAA" w14:textId="33F7FD24" w:rsidR="0072531E" w:rsidRDefault="00583F95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667E42" wp14:editId="4FFEA785">
                <wp:simplePos x="0" y="0"/>
                <wp:positionH relativeFrom="column">
                  <wp:posOffset>4340098</wp:posOffset>
                </wp:positionH>
                <wp:positionV relativeFrom="paragraph">
                  <wp:posOffset>213995</wp:posOffset>
                </wp:positionV>
                <wp:extent cx="1002792" cy="1086121"/>
                <wp:effectExtent l="0" t="0" r="0" b="571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792" cy="1086121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AFEE8" id="正方形/長方形 5" o:spid="_x0000_s1026" style="position:absolute;left:0;text-align:left;margin-left:341.75pt;margin-top:16.85pt;width:78.95pt;height:8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F51FED" wp14:editId="68070A6C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5562600" cy="1295400"/>
                <wp:effectExtent l="0" t="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2954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2C14D" w14:textId="7725EC60" w:rsidR="0057060B" w:rsidRPr="0057060B" w:rsidRDefault="0057060B" w:rsidP="0057060B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110"/>
                                <w:fitText w:val="880" w:id="-631900158"/>
                                <w:lang w:eastAsia="ja-JP"/>
                              </w:rPr>
                              <w:t>日時</w:t>
                            </w: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880" w:id="-631900158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〇月〇日（〇） 午前〇時スタート！</w:t>
                            </w:r>
                          </w:p>
                          <w:p w14:paraId="687E88E7" w14:textId="04EA1591" w:rsidR="0057060B" w:rsidRPr="0057060B" w:rsidRDefault="0057060B" w:rsidP="0057060B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110"/>
                                <w:fitText w:val="880" w:id="-631900159"/>
                                <w:lang w:eastAsia="ja-JP"/>
                              </w:rPr>
                              <w:t>会場</w:t>
                            </w: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880" w:id="-631900159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○○公園 グラウンド</w:t>
                            </w:r>
                          </w:p>
                          <w:p w14:paraId="50828ECA" w14:textId="234A045D" w:rsidR="00C67A16" w:rsidRPr="00131338" w:rsidRDefault="0057060B" w:rsidP="0057060B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880" w:id="-631900160"/>
                                <w:lang w:eastAsia="ja-JP"/>
                              </w:rPr>
                              <w:t>持ち物：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57060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飲み物、帽子、タオル（動きやすい服装でOK）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9.25pt;width:438pt;height:102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" fillcolor="#f9fbfd" strokecolor="#0773a9" strokeweight="1.5pt">
                <v:textbox>
                  <w:txbxContent>
                    <w:p w14:paraId="36C2C14D" w14:textId="7725EC60" w:rsidR="0057060B" w:rsidRPr="0057060B" w:rsidRDefault="0057060B" w:rsidP="0057060B">
                      <w:pPr>
                        <w:tabs>
                          <w:tab w:val="left" w:pos="1560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110"/>
                          <w:fitText w:val="880" w:id="-631900158"/>
                          <w:lang w:eastAsia="ja-JP"/>
                        </w:rPr>
                        <w:t>日時</w:t>
                      </w: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880" w:id="-631900158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〇月〇日（〇） 午前〇時スタート！</w:t>
                      </w:r>
                    </w:p>
                    <w:p w14:paraId="687E88E7" w14:textId="04EA1591" w:rsidR="0057060B" w:rsidRPr="0057060B" w:rsidRDefault="0057060B" w:rsidP="0057060B">
                      <w:pPr>
                        <w:tabs>
                          <w:tab w:val="left" w:pos="1560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110"/>
                          <w:fitText w:val="880" w:id="-631900159"/>
                          <w:lang w:eastAsia="ja-JP"/>
                        </w:rPr>
                        <w:t>会場</w:t>
                      </w: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880" w:id="-631900159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○○公園 グラウンド</w:t>
                      </w:r>
                    </w:p>
                    <w:p w14:paraId="50828ECA" w14:textId="234A045D" w:rsidR="00C67A16" w:rsidRPr="00131338" w:rsidRDefault="0057060B" w:rsidP="0057060B">
                      <w:pPr>
                        <w:tabs>
                          <w:tab w:val="left" w:pos="1560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880" w:id="-631900160"/>
                          <w:lang w:eastAsia="ja-JP"/>
                        </w:rPr>
                        <w:t>持ち物：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57060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飲み物、帽子、タオル（動きやすい服装でOK）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6268D2D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42240A2D" w14:textId="77777777" w:rsidR="003764DB" w:rsidRDefault="0057060B" w:rsidP="0057060B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  <w:r w:rsidRPr="0057060B">
        <w:rPr>
          <w:rFonts w:ascii="HG創英角ﾎﾟｯﾌﾟ体" w:eastAsia="HG創英角ﾎﾟｯﾌﾟ体" w:hAnsi="HG創英角ﾎﾟｯﾌﾟ体" w:cs="ＭＳ 明朝" w:hint="eastAsia"/>
          <w:lang w:eastAsia="ja-JP"/>
        </w:rPr>
        <w:t>※ルールがわからなくても大丈夫♪ 当日スタッフがサポートします。</w:t>
      </w:r>
    </w:p>
    <w:p w14:paraId="0F6AA6B6" w14:textId="7BA73DB4" w:rsidR="0057060B" w:rsidRDefault="0057060B" w:rsidP="0057060B">
      <w:pPr>
        <w:rPr>
          <w:rFonts w:ascii="HG創英角ﾎﾟｯﾌﾟ体" w:eastAsia="HG創英角ﾎﾟｯﾌﾟ体" w:hAnsi="HG創英角ﾎﾟｯﾌﾟ体" w:cs="ＭＳ 明朝"/>
          <w:lang w:eastAsia="ja-JP"/>
        </w:rPr>
      </w:pPr>
      <w:r w:rsidRPr="0057060B">
        <w:rPr>
          <w:rFonts w:ascii="HG創英角ﾎﾟｯﾌﾟ体" w:eastAsia="HG創英角ﾎﾟｯﾌﾟ体" w:hAnsi="HG創英角ﾎﾟｯﾌﾟ体" w:cs="ＭＳ 明朝" w:hint="eastAsia"/>
          <w:lang w:eastAsia="ja-JP"/>
        </w:rPr>
        <w:t>※熱中症対策のため、こまめな水分補給をお願いします。</w:t>
      </w:r>
    </w:p>
    <w:p w14:paraId="59F72F08" w14:textId="77777777" w:rsidR="003764DB" w:rsidRPr="003764DB" w:rsidRDefault="003764DB" w:rsidP="0057060B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</w:p>
    <w:p w14:paraId="587C728E" w14:textId="0E3A3297" w:rsidR="00131338" w:rsidRPr="00BF64F1" w:rsidRDefault="003764DB" w:rsidP="003764DB">
      <w:pPr>
        <w:ind w:firstLineChars="700" w:firstLine="1540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lang w:eastAsia="ja-JP"/>
        </w:rPr>
        <w:t>＼</w:t>
      </w:r>
      <w:r w:rsidR="0057060B" w:rsidRPr="0057060B">
        <w:rPr>
          <w:rFonts w:ascii="HG創英角ﾎﾟｯﾌﾟ体" w:eastAsia="HG創英角ﾎﾟｯﾌﾟ体" w:hAnsi="HG創英角ﾎﾟｯﾌﾟ体" w:cs="ＭＳ 明朝" w:hint="eastAsia"/>
          <w:lang w:eastAsia="ja-JP"/>
        </w:rPr>
        <w:t>参加お待ちしています！</w:t>
      </w:r>
      <w:r>
        <w:rPr>
          <w:rFonts w:ascii="HG創英角ﾎﾟｯﾌﾟ体" w:eastAsia="HG創英角ﾎﾟｯﾌﾟ体" w:hAnsi="HG創英角ﾎﾟｯﾌﾟ体" w:cs="ＭＳ 明朝" w:hint="eastAsia"/>
          <w:lang w:eastAsia="ja-JP"/>
        </w:rPr>
        <w:t>／</w:t>
      </w:r>
    </w:p>
    <w:bookmarkEnd w:id="1"/>
    <w:p w14:paraId="023B6876" w14:textId="7AD41D7F" w:rsidR="00131338" w:rsidRDefault="004E2B89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895A2" wp14:editId="20F9CDBF">
                <wp:simplePos x="0" y="0"/>
                <wp:positionH relativeFrom="column">
                  <wp:posOffset>535940</wp:posOffset>
                </wp:positionH>
                <wp:positionV relativeFrom="paragraph">
                  <wp:posOffset>60960</wp:posOffset>
                </wp:positionV>
                <wp:extent cx="2654300" cy="1906270"/>
                <wp:effectExtent l="3810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190627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6DF24" id="正方形/長方形 6" o:spid="_x0000_s1026" style="position:absolute;left:0;text-align:left;margin-left:42.2pt;margin-top:4.8pt;width:209pt;height:15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7C7E389D" w14:textId="7E0A225F" w:rsidR="00583F95" w:rsidRDefault="00583F95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69ADCF82" w14:textId="7EF1F0BB" w:rsidR="004E2B89" w:rsidRDefault="004E2B89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22AD2A26" w14:textId="77777777" w:rsidR="003764DB" w:rsidRDefault="003764DB" w:rsidP="00F06AD0">
      <w:pPr>
        <w:jc w:val="right"/>
        <w:rPr>
          <w:rFonts w:ascii="HG創英角ﾎﾟｯﾌﾟ体" w:eastAsia="HG創英角ﾎﾟｯﾌﾟ体" w:hAnsi="HG創英角ﾎﾟｯﾌﾟ体" w:hint="eastAsia"/>
          <w:lang w:eastAsia="ja-JP"/>
        </w:rPr>
      </w:pPr>
    </w:p>
    <w:p w14:paraId="14CDA80A" w14:textId="3BEC9A8D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F6161" w14:textId="77777777" w:rsidR="009D3D34" w:rsidRDefault="009D3D34" w:rsidP="00137D80">
      <w:pPr>
        <w:spacing w:after="0" w:line="240" w:lineRule="auto"/>
      </w:pPr>
      <w:r>
        <w:separator/>
      </w:r>
    </w:p>
  </w:endnote>
  <w:endnote w:type="continuationSeparator" w:id="0">
    <w:p w14:paraId="43F206F6" w14:textId="77777777" w:rsidR="009D3D34" w:rsidRDefault="009D3D34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07B14" w14:textId="77777777" w:rsidR="009D3D34" w:rsidRDefault="009D3D34" w:rsidP="00137D80">
      <w:pPr>
        <w:spacing w:after="0" w:line="240" w:lineRule="auto"/>
      </w:pPr>
      <w:r>
        <w:separator/>
      </w:r>
    </w:p>
  </w:footnote>
  <w:footnote w:type="continuationSeparator" w:id="0">
    <w:p w14:paraId="04EFEC57" w14:textId="77777777" w:rsidR="009D3D34" w:rsidRDefault="009D3D34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764DB"/>
    <w:rsid w:val="003E015C"/>
    <w:rsid w:val="00470C49"/>
    <w:rsid w:val="004E1AE7"/>
    <w:rsid w:val="004E2B89"/>
    <w:rsid w:val="0057060B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9D3D34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2025-10-10T15:05:00Z</dcterms:modified>
  <cp:category/>
</cp:coreProperties>
</file>