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5ADCA95" w:rsidR="00FC125E" w:rsidRPr="00BF64F1" w:rsidRDefault="00273576" w:rsidP="00FC125E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>
        <w:rPr>
          <w:rFonts w:ascii="HG創英角ﾎﾟｯﾌﾟ体" w:eastAsia="HG創英角ﾎﾟｯﾌﾟ体" w:hAnsi="HG創英角ﾎﾟｯﾌﾟ体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6AB4F63" wp14:editId="2ADBCE61">
                <wp:simplePos x="0" y="0"/>
                <wp:positionH relativeFrom="margin">
                  <wp:posOffset>1365673</wp:posOffset>
                </wp:positionH>
                <wp:positionV relativeFrom="paragraph">
                  <wp:posOffset>227330</wp:posOffset>
                </wp:positionV>
                <wp:extent cx="2641600" cy="1105137"/>
                <wp:effectExtent l="0" t="0" r="25400" b="381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1105137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5640B" id="正方形/長方形 8" o:spid="_x0000_s1026" style="position:absolute;left:0;text-align:left;margin-left:107.55pt;margin-top:17.9pt;width:208pt;height:87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" stroked="f">
                <v:fill r:id="rId7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4FCF45" wp14:editId="2BCA8A13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</w:p>
    <w:p w14:paraId="7B428171" w14:textId="316E14EE" w:rsidR="00FC125E" w:rsidRPr="00BF64F1" w:rsidRDefault="00FC125E" w:rsidP="00FC125E">
      <w:pPr>
        <w:spacing w:line="240" w:lineRule="auto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会員各位</w:t>
      </w:r>
    </w:p>
    <w:p w14:paraId="416CC729" w14:textId="2B2BD61D" w:rsidR="00FC125E" w:rsidRPr="00BF64F1" w:rsidRDefault="00FC125E" w:rsidP="00FC125E">
      <w:pPr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○○自治会</w:t>
      </w:r>
      <w:r w:rsidRPr="00BF64F1">
        <w:rPr>
          <w:rFonts w:ascii="HG創英角ﾎﾟｯﾌﾟ体" w:eastAsia="HG創英角ﾎﾟｯﾌﾟ体" w:hAnsi="HG創英角ﾎﾟｯﾌﾟ体"/>
        </w:rPr>
        <w:br/>
        <w:t>会長　○○○○</w:t>
      </w:r>
    </w:p>
    <w:p w14:paraId="6F7BE38A" w14:textId="1DEC5AB7" w:rsidR="00F06AD0" w:rsidRPr="00BF64F1" w:rsidRDefault="00F06AD0" w:rsidP="00FC125E">
      <w:pPr>
        <w:jc w:val="right"/>
        <w:rPr>
          <w:rFonts w:ascii="HG創英角ﾎﾟｯﾌﾟ体" w:eastAsia="HG創英角ﾎﾟｯﾌﾟ体" w:hAnsi="HG創英角ﾎﾟｯﾌﾟ体"/>
        </w:rPr>
      </w:pPr>
    </w:p>
    <w:bookmarkEnd w:id="0"/>
    <w:p w14:paraId="141AC0C2" w14:textId="0BB3F858" w:rsidR="00603F5E" w:rsidRPr="008B1B01" w:rsidRDefault="00A42962" w:rsidP="00A42962">
      <w:pPr>
        <w:spacing w:after="240" w:line="360" w:lineRule="auto"/>
        <w:jc w:val="center"/>
        <w:rPr>
          <w:rFonts w:ascii="HG創英角ﾎﾟｯﾌﾟ体" w:eastAsia="HG創英角ﾎﾟｯﾌﾟ体" w:hAnsi="HG創英角ﾎﾟｯﾌﾟ体"/>
          <w:bCs/>
          <w:color w:val="0773A9"/>
          <w:sz w:val="36"/>
          <w:szCs w:val="36"/>
          <w:lang w:eastAsia="ja-JP"/>
        </w:rPr>
      </w:pPr>
      <w:r w:rsidRPr="008B1B01">
        <w:rPr>
          <w:rFonts w:ascii="HG創英角ﾎﾟｯﾌﾟ体" w:eastAsia="HG創英角ﾎﾟｯﾌﾟ体" w:hAnsi="HG創英角ﾎﾟｯﾌﾟ体"/>
          <w:bCs/>
          <w:noProof/>
          <w:color w:val="0773A9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2D1BA2D" wp14:editId="18159259">
                <wp:simplePos x="0" y="0"/>
                <wp:positionH relativeFrom="margin">
                  <wp:align>center</wp:align>
                </wp:positionH>
                <wp:positionV relativeFrom="paragraph">
                  <wp:posOffset>417830</wp:posOffset>
                </wp:positionV>
                <wp:extent cx="3600000" cy="0"/>
                <wp:effectExtent l="38100" t="38100" r="57785" b="571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773A9"/>
                          </a:solidFill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02B51F" id="直線コネクタ 1" o:spid="_x0000_s1026" style="position:absolute;left:0;text-align:left;z-index:2516341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2.9pt" to="283.4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" strokecolor="#0773a9" strokeweight="1.5pt">
                <v:stroke startarrow="diamond" endarrow="diamond"/>
                <w10:wrap anchorx="margin"/>
              </v:line>
            </w:pict>
          </mc:Fallback>
        </mc:AlternateContent>
      </w:r>
      <w:r w:rsidR="00710426" w:rsidRPr="008B1B01">
        <w:rPr>
          <w:rFonts w:ascii="HG創英角ﾎﾟｯﾌﾟ体" w:eastAsia="HG創英角ﾎﾟｯﾌﾟ体" w:hAnsi="HG創英角ﾎﾟｯﾌﾟ体"/>
          <w:bCs/>
          <w:color w:val="0773A9"/>
          <w:sz w:val="48"/>
          <w:szCs w:val="36"/>
          <w:lang w:eastAsia="ja-JP"/>
        </w:rPr>
        <w:t>夏祭り開催のお知らせ</w:t>
      </w:r>
    </w:p>
    <w:p w14:paraId="61617FBB" w14:textId="66E5C3B5" w:rsidR="00603F5E" w:rsidRPr="00BF64F1" w:rsidRDefault="00710426" w:rsidP="00BF64F1">
      <w:pPr>
        <w:spacing w:after="120" w:line="360" w:lineRule="auto"/>
        <w:rPr>
          <w:rFonts w:ascii="HG創英角ﾎﾟｯﾌﾟ体" w:eastAsia="HG創英角ﾎﾟｯﾌﾟ体" w:hAnsi="HG創英角ﾎﾟｯﾌﾟ体"/>
          <w:lang w:eastAsia="ja-JP"/>
        </w:rPr>
      </w:pPr>
      <w:r w:rsidRPr="00BF64F1">
        <w:rPr>
          <w:rFonts w:ascii="HG創英角ﾎﾟｯﾌﾟ体" w:eastAsia="HG創英角ﾎﾟｯﾌﾟ体" w:hAnsi="HG創英角ﾎﾟｯﾌﾟ体"/>
          <w:lang w:eastAsia="ja-JP"/>
        </w:rPr>
        <w:t>いつも自治会活動にご協力いただきありがとうございます。</w:t>
      </w:r>
    </w:p>
    <w:p w14:paraId="746E1E0B" w14:textId="26C80046" w:rsidR="00603F5E" w:rsidRPr="00BF64F1" w:rsidRDefault="00710426" w:rsidP="00BF64F1">
      <w:pPr>
        <w:spacing w:after="120" w:line="360" w:lineRule="auto"/>
        <w:rPr>
          <w:rFonts w:ascii="HG創英角ﾎﾟｯﾌﾟ体" w:eastAsia="HG創英角ﾎﾟｯﾌﾟ体" w:hAnsi="HG創英角ﾎﾟｯﾌﾟ体"/>
          <w:lang w:eastAsia="ja-JP"/>
        </w:rPr>
      </w:pPr>
      <w:r w:rsidRPr="00BF64F1">
        <w:rPr>
          <w:rFonts w:ascii="HG創英角ﾎﾟｯﾌﾟ体" w:eastAsia="HG創英角ﾎﾟｯﾌﾟ体" w:hAnsi="HG創英角ﾎﾟｯﾌﾟ体"/>
          <w:lang w:eastAsia="ja-JP"/>
        </w:rPr>
        <w:t>今年も、みんなが楽しみにしている夏祭りを開催します！</w:t>
      </w:r>
    </w:p>
    <w:p w14:paraId="3F838887" w14:textId="31F15504" w:rsidR="00603F5E" w:rsidRPr="00BF64F1" w:rsidRDefault="00710426" w:rsidP="00BF64F1">
      <w:pPr>
        <w:spacing w:after="120" w:line="360" w:lineRule="auto"/>
        <w:rPr>
          <w:rFonts w:ascii="HG創英角ﾎﾟｯﾌﾟ体" w:eastAsia="HG創英角ﾎﾟｯﾌﾟ体" w:hAnsi="HG創英角ﾎﾟｯﾌﾟ体"/>
          <w:lang w:eastAsia="ja-JP"/>
        </w:rPr>
      </w:pPr>
      <w:r w:rsidRPr="00BF64F1">
        <w:rPr>
          <w:rFonts w:ascii="HG創英角ﾎﾟｯﾌﾟ体" w:eastAsia="HG創英角ﾎﾟｯﾌﾟ体" w:hAnsi="HG創英角ﾎﾟｯﾌﾟ体"/>
          <w:lang w:eastAsia="ja-JP"/>
        </w:rPr>
        <w:t>屋台やビンゴ大会、子ども向けのゲームコーナーなど、楽しいイベントがいっぱいです。</w:t>
      </w:r>
    </w:p>
    <w:p w14:paraId="02CBB6DB" w14:textId="23956038" w:rsidR="00F06AD0" w:rsidRDefault="00710426" w:rsidP="0072531E">
      <w:pPr>
        <w:spacing w:after="120" w:line="60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BF64F1">
        <w:rPr>
          <w:rFonts w:ascii="HG創英角ﾎﾟｯﾌﾟ体" w:eastAsia="HG創英角ﾎﾟｯﾌﾟ体" w:hAnsi="HG創英角ﾎﾟｯﾌﾟ体"/>
          <w:lang w:eastAsia="ja-JP"/>
        </w:rPr>
        <w:t>ご家族やお友だちを誘って、にぎやかな夜を一緒に楽しみましょう</w:t>
      </w:r>
      <w:r w:rsidRPr="00BF64F1">
        <w:rPr>
          <w:rFonts w:ascii="HG創英角ﾎﾟｯﾌﾟ体" w:eastAsia="HG創英角ﾎﾟｯﾌﾟ体" w:hAnsi="HG創英角ﾎﾟｯﾌﾟ体"/>
          <w:lang w:eastAsia="ja-JP"/>
        </w:rPr>
        <w:t>♪</w:t>
      </w:r>
    </w:p>
    <w:p w14:paraId="74225AD1" w14:textId="0AB458BB" w:rsidR="00C67A16" w:rsidRDefault="006A0418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E48BF0F" wp14:editId="5F97E7B9">
                <wp:simplePos x="0" y="0"/>
                <wp:positionH relativeFrom="column">
                  <wp:posOffset>3744172</wp:posOffset>
                </wp:positionH>
                <wp:positionV relativeFrom="paragraph">
                  <wp:posOffset>282575</wp:posOffset>
                </wp:positionV>
                <wp:extent cx="1589616" cy="1619647"/>
                <wp:effectExtent l="19050" t="0" r="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616" cy="1619647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FA7E6" id="正方形/長方形 9" o:spid="_x0000_s1026" style="position:absolute;left:0;text-align:left;margin-left:294.8pt;margin-top:22.25pt;width:125.15pt;height:127.5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" stroked="f">
                <v:fill r:id="rId9" o:title="" recolor="t" rotate="t" type="frame"/>
                <v:shadow on="t" color="black" opacity="22937f" origin=",.5" offset="0,.63889mm"/>
              </v:rect>
            </w:pict>
          </mc:Fallback>
        </mc:AlternateContent>
      </w:r>
      <w:r w:rsidR="0072531E"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7F51FED" wp14:editId="007ED645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5562600" cy="1972733"/>
                <wp:effectExtent l="0" t="0" r="19050" b="2794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972733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7D5E0" w14:textId="74E8BC90" w:rsidR="00C67A16" w:rsidRPr="00C67A16" w:rsidRDefault="00C67A16" w:rsidP="0072531E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>日時</w:t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：</w:t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8</w:t>
                            </w:r>
                            <w:proofErr w:type="spellStart"/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月○日（土</w:t>
                            </w:r>
                            <w:proofErr w:type="spellEnd"/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 xml:space="preserve">） </w:t>
                            </w:r>
                            <w:proofErr w:type="spellStart"/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午後○時</w:t>
                            </w:r>
                            <w:proofErr w:type="spellEnd"/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〜</w:t>
                            </w:r>
                          </w:p>
                          <w:p w14:paraId="00B4E94A" w14:textId="77777777" w:rsidR="00C67A16" w:rsidRPr="00C67A16" w:rsidRDefault="00C67A16" w:rsidP="0072531E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>場所</w:t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：</w:t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  <w:t>○○公園 特設会場</w:t>
                            </w:r>
                          </w:p>
                          <w:p w14:paraId="3766798D" w14:textId="77777777" w:rsidR="00C67A16" w:rsidRPr="00C67A16" w:rsidRDefault="00C67A16" w:rsidP="0072531E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>内容</w:t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：</w:t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屋台・盆踊り・ビンゴ大会・抽選会</w:t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 xml:space="preserve"> など</w:t>
                            </w:r>
                          </w:p>
                          <w:p w14:paraId="7151DC81" w14:textId="77777777" w:rsidR="00C67A16" w:rsidRPr="00C67A16" w:rsidRDefault="00C67A16" w:rsidP="0072531E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C67A1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持ち物：</w:t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抽選引換券</w:t>
                            </w:r>
                          </w:p>
                          <w:p w14:paraId="50828ECA" w14:textId="4D43B056" w:rsidR="00C67A16" w:rsidRPr="00C67A16" w:rsidRDefault="00C67A16" w:rsidP="0072531E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</w:pP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>備考</w:t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：</w:t>
                            </w:r>
                            <w:r w:rsidRPr="00C67A1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  <w:t>雨天時は中止（順延なし）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7.7pt;width:438pt;height:155.35pt;z-index:25167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" fillcolor="#f9fbfd" strokecolor="#0773a9" strokeweight="1.5pt">
                <v:textbox>
                  <w:txbxContent>
                    <w:p w14:paraId="6C57D5E0" w14:textId="74E8BC90" w:rsidR="00C67A16" w:rsidRPr="00C67A16" w:rsidRDefault="00C67A16" w:rsidP="0072531E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>日時</w:t>
                      </w:r>
                      <w:r w:rsidRPr="00C67A1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：</w:t>
                      </w: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8</w:t>
                      </w:r>
                      <w:proofErr w:type="spellStart"/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月○日（土</w:t>
                      </w:r>
                      <w:proofErr w:type="spellEnd"/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 xml:space="preserve">） </w:t>
                      </w:r>
                      <w:proofErr w:type="spellStart"/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午後○時</w:t>
                      </w:r>
                      <w:proofErr w:type="spellEnd"/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〜</w:t>
                      </w:r>
                    </w:p>
                    <w:p w14:paraId="00B4E94A" w14:textId="77777777" w:rsidR="00C67A16" w:rsidRPr="00C67A16" w:rsidRDefault="00C67A16" w:rsidP="0072531E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>場所</w:t>
                      </w:r>
                      <w:r w:rsidRPr="00C67A1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：</w:t>
                      </w: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  <w:t>○○公園 特設会場</w:t>
                      </w:r>
                    </w:p>
                    <w:p w14:paraId="3766798D" w14:textId="77777777" w:rsidR="00C67A16" w:rsidRPr="00C67A16" w:rsidRDefault="00C67A16" w:rsidP="0072531E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>内容</w:t>
                      </w:r>
                      <w:r w:rsidRPr="00C67A1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：</w:t>
                      </w: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C67A1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屋台・盆踊り・ビンゴ大会・抽選会</w:t>
                      </w: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 xml:space="preserve"> など</w:t>
                      </w:r>
                    </w:p>
                    <w:p w14:paraId="7151DC81" w14:textId="77777777" w:rsidR="00C67A16" w:rsidRPr="00C67A16" w:rsidRDefault="00C67A16" w:rsidP="0072531E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C67A1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持ち物：</w:t>
                      </w: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C67A1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抽選引換券</w:t>
                      </w:r>
                    </w:p>
                    <w:p w14:paraId="50828ECA" w14:textId="4D43B056" w:rsidR="00C67A16" w:rsidRPr="00C67A16" w:rsidRDefault="00C67A16" w:rsidP="0072531E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</w:pP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>備考</w:t>
                      </w:r>
                      <w:r w:rsidRPr="00C67A1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：</w:t>
                      </w:r>
                      <w:r w:rsidRPr="00C67A1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  <w:t>雨天時は中止（順延なし）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EC3CAA" w14:textId="6CE414F5" w:rsidR="0072531E" w:rsidRDefault="0072531E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54DDE1F" w14:textId="38DB706B" w:rsidR="0072531E" w:rsidRDefault="0072531E" w:rsidP="00F06AD0">
      <w:pPr>
        <w:rPr>
          <w:rFonts w:ascii="HG創英角ﾎﾟｯﾌﾟ体" w:eastAsia="HG創英角ﾎﾟｯﾌﾟ体" w:hAnsi="HG創英角ﾎﾟｯﾌﾟ体" w:hint="eastAsia"/>
          <w:lang w:eastAsia="ja-JP"/>
        </w:rPr>
      </w:pPr>
    </w:p>
    <w:p w14:paraId="3D91B0E1" w14:textId="51C6603F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3D180717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783DC72C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36BB57A2" w14:textId="287FEC3C" w:rsidR="0072531E" w:rsidRPr="00BF64F1" w:rsidRDefault="0072531E" w:rsidP="00F06AD0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</w:p>
    <w:p w14:paraId="2586B84B" w14:textId="7A4D8355" w:rsidR="00F06AD0" w:rsidRDefault="00F06AD0" w:rsidP="0072531E">
      <w:pPr>
        <w:rPr>
          <w:rFonts w:ascii="HG創英角ﾎﾟｯﾌﾟ体" w:eastAsia="HG創英角ﾎﾟｯﾌﾟ体" w:hAnsi="HG創英角ﾎﾟｯﾌﾟ体"/>
          <w:lang w:eastAsia="ja-JP"/>
        </w:rPr>
      </w:pPr>
      <w:bookmarkStart w:id="1" w:name="_Hlk210491244"/>
      <w:r w:rsidRPr="00BF64F1">
        <w:rPr>
          <w:rFonts w:ascii="HG創英角ﾎﾟｯﾌﾟ体" w:eastAsia="HG創英角ﾎﾟｯﾌﾟ体" w:hAnsi="HG創英角ﾎﾟｯﾌﾟ体" w:cs="ＭＳ 明朝" w:hint="eastAsia"/>
          <w:lang w:eastAsia="ja-JP"/>
        </w:rPr>
        <w:t>※</w:t>
      </w:r>
      <w:r w:rsidRPr="00BF64F1">
        <w:rPr>
          <w:rFonts w:ascii="HG創英角ﾎﾟｯﾌﾟ体" w:eastAsia="HG創英角ﾎﾟｯﾌﾟ体" w:hAnsi="HG創英角ﾎﾟｯﾌﾟ体"/>
          <w:lang w:eastAsia="ja-JP"/>
        </w:rPr>
        <w:t>当日は熱中症対策のうえお越しください。</w:t>
      </w:r>
    </w:p>
    <w:p w14:paraId="49B10577" w14:textId="791211ED" w:rsidR="0072531E" w:rsidRPr="00BF64F1" w:rsidRDefault="0072531E" w:rsidP="0072531E">
      <w:pPr>
        <w:rPr>
          <w:rFonts w:ascii="HG創英角ﾎﾟｯﾌﾟ体" w:eastAsia="HG創英角ﾎﾟｯﾌﾟ体" w:hAnsi="HG創英角ﾎﾟｯﾌﾟ体" w:hint="eastAsia"/>
          <w:lang w:eastAsia="ja-JP"/>
        </w:rPr>
      </w:pPr>
    </w:p>
    <w:bookmarkEnd w:id="1"/>
    <w:p w14:paraId="3C58E63E" w14:textId="6F0A8AED" w:rsidR="00F06AD0" w:rsidRDefault="00F06AD0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665830A4" w14:textId="42E6C394" w:rsidR="006A0418" w:rsidRDefault="006A041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29E9DD7B" w14:textId="77777777" w:rsidR="00710426" w:rsidRPr="00BF64F1" w:rsidRDefault="00710426" w:rsidP="00F06AD0">
      <w:pPr>
        <w:jc w:val="right"/>
        <w:rPr>
          <w:rFonts w:ascii="HG創英角ﾎﾟｯﾌﾟ体" w:eastAsia="HG創英角ﾎﾟｯﾌﾟ体" w:hAnsi="HG創英角ﾎﾟｯﾌﾟ体" w:hint="eastAsia"/>
          <w:lang w:eastAsia="ja-JP"/>
        </w:rPr>
      </w:pPr>
    </w:p>
    <w:p w14:paraId="14CDA80A" w14:textId="0B1AEF56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  <w:t>自治会事務局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000-0000-0000</w:t>
      </w:r>
      <w:bookmarkEnd w:id="2"/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73576"/>
    <w:rsid w:val="0029639D"/>
    <w:rsid w:val="002D5B6B"/>
    <w:rsid w:val="00326F90"/>
    <w:rsid w:val="00371A53"/>
    <w:rsid w:val="005A326A"/>
    <w:rsid w:val="00603F5E"/>
    <w:rsid w:val="006A0418"/>
    <w:rsid w:val="00710426"/>
    <w:rsid w:val="0072531E"/>
    <w:rsid w:val="008B1B01"/>
    <w:rsid w:val="00A42962"/>
    <w:rsid w:val="00AA1D8D"/>
    <w:rsid w:val="00B47730"/>
    <w:rsid w:val="00BF64F1"/>
    <w:rsid w:val="00C45A22"/>
    <w:rsid w:val="00C66295"/>
    <w:rsid w:val="00C67A16"/>
    <w:rsid w:val="00CB0664"/>
    <w:rsid w:val="00F06AD0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5</cp:revision>
  <cp:lastPrinted>2025-10-04T11:12:00Z</cp:lastPrinted>
  <dcterms:created xsi:type="dcterms:W3CDTF">2025-10-04T10:01:00Z</dcterms:created>
  <dcterms:modified xsi:type="dcterms:W3CDTF">2025-10-04T14:19:00Z</dcterms:modified>
  <cp:category/>
</cp:coreProperties>
</file>