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335B2751" w:rsidR="00FC125E" w:rsidRPr="00BF64F1" w:rsidRDefault="00F829F1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1F42F1" wp14:editId="283E9908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1653540" cy="124206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A931C" id="正方形/長方形 2" o:spid="_x0000_s1026" style="position:absolute;left:0;text-align:left;margin-left:0;margin-top:.35pt;width:130.2pt;height:97.8pt;z-index: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DA0D6D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3D4D140C" w14:textId="76DEC2DE" w:rsidR="00131338" w:rsidRDefault="0084291C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84291C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秋祭り開催します♪</w:t>
      </w:r>
    </w:p>
    <w:p w14:paraId="55722A95" w14:textId="77777777" w:rsidR="0084291C" w:rsidRPr="0084291C" w:rsidRDefault="0084291C" w:rsidP="0084291C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84291C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いつも自治会活動にご協力ありがとうございます！</w:t>
      </w:r>
    </w:p>
    <w:p w14:paraId="17D88ACC" w14:textId="77777777" w:rsidR="0084291C" w:rsidRPr="0084291C" w:rsidRDefault="0084291C" w:rsidP="0084291C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84291C">
        <w:rPr>
          <w:rFonts w:ascii="HG創英角ﾎﾟｯﾌﾟ体" w:eastAsia="HG創英角ﾎﾟｯﾌﾟ体" w:hAnsi="HG創英角ﾎﾟｯﾌﾟ体" w:hint="eastAsia"/>
          <w:lang w:eastAsia="ja-JP"/>
        </w:rPr>
        <w:t>今年もみんなが楽しみにしている「秋まつり」を開催します！</w:t>
      </w:r>
    </w:p>
    <w:p w14:paraId="6B015408" w14:textId="319D3296" w:rsidR="0084291C" w:rsidRPr="0084291C" w:rsidRDefault="0084291C" w:rsidP="0084291C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84291C">
        <w:rPr>
          <w:rFonts w:ascii="HG創英角ﾎﾟｯﾌﾟ体" w:eastAsia="HG創英角ﾎﾟｯﾌﾟ体" w:hAnsi="HG創英角ﾎﾟｯﾌﾟ体" w:hint="eastAsia"/>
          <w:lang w:eastAsia="ja-JP"/>
        </w:rPr>
        <w:t>おいしい屋台やゲームコーナー、ステージショーなど、大人も子どもも笑顔になれるイベントがいっぱい♪</w:t>
      </w:r>
    </w:p>
    <w:p w14:paraId="358C48FB" w14:textId="348D0DEC" w:rsidR="00131338" w:rsidRPr="0084291C" w:rsidRDefault="0084291C" w:rsidP="0084291C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84291C">
        <w:rPr>
          <w:rFonts w:ascii="HG創英角ﾎﾟｯﾌﾟ体" w:eastAsia="HG創英角ﾎﾟｯﾌﾟ体" w:hAnsi="HG創英角ﾎﾟｯﾌﾟ体" w:hint="eastAsia"/>
          <w:lang w:eastAsia="ja-JP"/>
        </w:rPr>
        <w:t>ぜひご家族やお友だちと遊びに来てください！</w:t>
      </w:r>
    </w:p>
    <w:p w14:paraId="74EC3CAA" w14:textId="7DD45413" w:rsidR="0072531E" w:rsidRDefault="000574B1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F51FED" wp14:editId="20921905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5580000" cy="1620000"/>
                <wp:effectExtent l="0" t="0" r="20955" b="1841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162000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B2AAD" w14:textId="77777777" w:rsidR="0084291C" w:rsidRPr="0084291C" w:rsidRDefault="0084291C" w:rsidP="0084291C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84291C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日時：〇月〇日（〇</w:t>
                            </w:r>
                            <w:proofErr w:type="spellEnd"/>
                            <w:r w:rsidRPr="0084291C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） </w:t>
                            </w:r>
                            <w:proofErr w:type="spellStart"/>
                            <w:r w:rsidRPr="0084291C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午前〇時～午後〇時</w:t>
                            </w:r>
                            <w:proofErr w:type="spellEnd"/>
                          </w:p>
                          <w:p w14:paraId="5DE0ED09" w14:textId="77777777" w:rsidR="0084291C" w:rsidRPr="0084291C" w:rsidRDefault="0084291C" w:rsidP="0084291C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84291C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会場：○○公園（または○○集会所）</w:t>
                            </w:r>
                          </w:p>
                          <w:p w14:paraId="18F26955" w14:textId="77777777" w:rsidR="0084291C" w:rsidRPr="0084291C" w:rsidRDefault="0084291C" w:rsidP="0084291C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84291C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内容：模擬店・ステージ・ゲームコーナーなど</w:t>
                            </w:r>
                          </w:p>
                          <w:p w14:paraId="50828ECA" w14:textId="26BFAD69" w:rsidR="00C67A16" w:rsidRPr="00131338" w:rsidRDefault="0084291C" w:rsidP="0084291C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84291C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※雨天中止（順延なし）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11.65pt;width:439.35pt;height:127.5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" fillcolor="#f9fbfd" strokecolor="#0773a9" strokeweight="1.5pt">
                <v:textbox>
                  <w:txbxContent>
                    <w:p w14:paraId="293B2AAD" w14:textId="77777777" w:rsidR="0084291C" w:rsidRPr="0084291C" w:rsidRDefault="0084291C" w:rsidP="0084291C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84291C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日時：〇月〇日（〇</w:t>
                      </w:r>
                      <w:proofErr w:type="spellEnd"/>
                      <w:r w:rsidRPr="0084291C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） </w:t>
                      </w:r>
                      <w:proofErr w:type="spellStart"/>
                      <w:r w:rsidRPr="0084291C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午前〇時～午後〇時</w:t>
                      </w:r>
                      <w:proofErr w:type="spellEnd"/>
                    </w:p>
                    <w:p w14:paraId="5DE0ED09" w14:textId="77777777" w:rsidR="0084291C" w:rsidRPr="0084291C" w:rsidRDefault="0084291C" w:rsidP="0084291C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84291C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会場：○○公園（または○○集会所）</w:t>
                      </w:r>
                    </w:p>
                    <w:p w14:paraId="18F26955" w14:textId="77777777" w:rsidR="0084291C" w:rsidRPr="0084291C" w:rsidRDefault="0084291C" w:rsidP="0084291C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84291C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内容：模擬店・ステージ・ゲームコーナーなど</w:t>
                      </w:r>
                    </w:p>
                    <w:p w14:paraId="50828ECA" w14:textId="26BFAD69" w:rsidR="00C67A16" w:rsidRPr="00131338" w:rsidRDefault="0084291C" w:rsidP="0084291C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r w:rsidRPr="0084291C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※雨天中止（順延なし）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55AA626C" w:rsidR="0072531E" w:rsidRDefault="000574B1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AE1744" wp14:editId="56F4BE01">
                <wp:simplePos x="0" y="0"/>
                <wp:positionH relativeFrom="margin">
                  <wp:posOffset>4084320</wp:posOffset>
                </wp:positionH>
                <wp:positionV relativeFrom="paragraph">
                  <wp:posOffset>43180</wp:posOffset>
                </wp:positionV>
                <wp:extent cx="922020" cy="1050925"/>
                <wp:effectExtent l="0" t="19050" r="0" b="539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509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BFB6E" id="正方形/長方形 1" o:spid="_x0000_s1026" style="position:absolute;left:0;text-align:left;margin-left:321.6pt;margin-top:3.4pt;width:72.6pt;height:82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" stroked="f">
                <v:fill r:id="rId11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2169FC58" w14:textId="77777777" w:rsidR="000574B1" w:rsidRDefault="000574B1" w:rsidP="0084291C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6C5A8192" w14:textId="329536F4" w:rsidR="0084291C" w:rsidRPr="0084291C" w:rsidRDefault="0084291C" w:rsidP="0084291C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 w:rsidRPr="0084291C">
        <w:rPr>
          <w:rFonts w:ascii="HG創英角ﾎﾟｯﾌﾟ体" w:eastAsia="HG創英角ﾎﾟｯﾌﾟ体" w:hAnsi="HG創英角ﾎﾟｯﾌﾟ体" w:cs="ＭＳ 明朝" w:hint="eastAsia"/>
          <w:lang w:eastAsia="ja-JP"/>
        </w:rPr>
        <w:t>※神輿・屋台などの担ぎ手募集は、別の回覧でお知らせします。</w:t>
      </w:r>
    </w:p>
    <w:p w14:paraId="4497232C" w14:textId="77777777" w:rsidR="0084291C" w:rsidRPr="0084291C" w:rsidRDefault="0084291C" w:rsidP="0084291C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 w:rsidRPr="0084291C">
        <w:rPr>
          <w:rFonts w:ascii="HG創英角ﾎﾟｯﾌﾟ体" w:eastAsia="HG創英角ﾎﾟｯﾌﾟ体" w:hAnsi="HG創英角ﾎﾟｯﾌﾟ体" w:cs="ＭＳ 明朝" w:hint="eastAsia"/>
          <w:lang w:eastAsia="ja-JP"/>
        </w:rPr>
        <w:t>秋の一日を、みんなで楽しく過ごしましょう！</w:t>
      </w:r>
    </w:p>
    <w:p w14:paraId="587C728E" w14:textId="23745BB1" w:rsidR="00131338" w:rsidRPr="0084291C" w:rsidRDefault="000574B1" w:rsidP="0084291C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ED4D24" wp14:editId="2765341F">
                <wp:simplePos x="0" y="0"/>
                <wp:positionH relativeFrom="column">
                  <wp:posOffset>1322070</wp:posOffset>
                </wp:positionH>
                <wp:positionV relativeFrom="paragraph">
                  <wp:posOffset>25846</wp:posOffset>
                </wp:positionV>
                <wp:extent cx="1916430" cy="1793429"/>
                <wp:effectExtent l="19050" t="19050" r="7620" b="7366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179342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2DE4F" id="正方形/長方形 6" o:spid="_x0000_s1026" style="position:absolute;left:0;text-align:left;margin-left:104.1pt;margin-top:2.05pt;width:150.9pt;height:141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  <w:r w:rsidR="0084291C" w:rsidRPr="0084291C">
        <w:rPr>
          <w:rFonts w:ascii="HG創英角ﾎﾟｯﾌﾟ体" w:eastAsia="HG創英角ﾎﾟｯﾌﾟ体" w:hAnsi="HG創英角ﾎﾟｯﾌﾟ体" w:cs="ＭＳ 明朝" w:hint="eastAsia"/>
          <w:lang w:eastAsia="ja-JP"/>
        </w:rPr>
        <w:t>ご来場お待ちしています♪</w:t>
      </w:r>
    </w:p>
    <w:bookmarkEnd w:id="1"/>
    <w:p w14:paraId="3C58E63E" w14:textId="6EB4A6EA" w:rsidR="00F06AD0" w:rsidRDefault="00F06AD0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023B6876" w14:textId="04583F47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43B487E1" w14:textId="77777777" w:rsidR="000574B1" w:rsidRDefault="000574B1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</w:p>
    <w:p w14:paraId="14CDA80A" w14:textId="1AE44EED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9E632" w14:textId="77777777" w:rsidR="006E79F6" w:rsidRDefault="006E79F6" w:rsidP="00137D80">
      <w:pPr>
        <w:spacing w:after="0" w:line="240" w:lineRule="auto"/>
      </w:pPr>
      <w:r>
        <w:separator/>
      </w:r>
    </w:p>
  </w:endnote>
  <w:endnote w:type="continuationSeparator" w:id="0">
    <w:p w14:paraId="2E71ECA2" w14:textId="77777777" w:rsidR="006E79F6" w:rsidRDefault="006E79F6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3EBAD" w14:textId="77777777" w:rsidR="006E79F6" w:rsidRDefault="006E79F6" w:rsidP="00137D80">
      <w:pPr>
        <w:spacing w:after="0" w:line="240" w:lineRule="auto"/>
      </w:pPr>
      <w:r>
        <w:separator/>
      </w:r>
    </w:p>
  </w:footnote>
  <w:footnote w:type="continuationSeparator" w:id="0">
    <w:p w14:paraId="6C1A56DB" w14:textId="77777777" w:rsidR="006E79F6" w:rsidRDefault="006E79F6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74B1"/>
    <w:rsid w:val="0006063C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71A53"/>
    <w:rsid w:val="003E015C"/>
    <w:rsid w:val="00470C49"/>
    <w:rsid w:val="004E1AE7"/>
    <w:rsid w:val="00583338"/>
    <w:rsid w:val="00583F95"/>
    <w:rsid w:val="005A326A"/>
    <w:rsid w:val="00603263"/>
    <w:rsid w:val="00603F5E"/>
    <w:rsid w:val="006A0418"/>
    <w:rsid w:val="006E79F6"/>
    <w:rsid w:val="00710426"/>
    <w:rsid w:val="0072531E"/>
    <w:rsid w:val="0084291C"/>
    <w:rsid w:val="008B1B01"/>
    <w:rsid w:val="00906582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2025-10-11T07:21:00Z</dcterms:modified>
  <cp:category/>
</cp:coreProperties>
</file>