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13976AF" w:rsidR="00FC125E" w:rsidRPr="00BF64F1" w:rsidRDefault="00273576" w:rsidP="00FC125E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F4FCF45" wp14:editId="0278D461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248AF8D5" w:rsidR="00FC125E" w:rsidRPr="00BF64F1" w:rsidRDefault="008E639F" w:rsidP="00FC125E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4A2F20" wp14:editId="565B15EC">
                <wp:simplePos x="0" y="0"/>
                <wp:positionH relativeFrom="column">
                  <wp:posOffset>1938443</wp:posOffset>
                </wp:positionH>
                <wp:positionV relativeFrom="paragraph">
                  <wp:posOffset>49530</wp:posOffset>
                </wp:positionV>
                <wp:extent cx="1583267" cy="1309461"/>
                <wp:effectExtent l="0" t="0" r="17145" b="50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267" cy="130946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775A" id="正方形/長方形 3" o:spid="_x0000_s1026" style="position:absolute;left:0;text-align:left;margin-left:152.65pt;margin-top:3.9pt;width:124.65pt;height:10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" stroked="f">
                <v:fill r:id="rId9" o:title="" recolor="t" rotate="t" type="frame"/>
                <v:shadow on="t" color="black" opacity="22937f" origin=",.5" offset="0,.63889mm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2015E2B2" w:rsidR="00FC125E" w:rsidRPr="00BF64F1" w:rsidRDefault="00FC125E" w:rsidP="00FC125E">
      <w:pPr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○○自治会</w:t>
      </w:r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25729D77" w:rsidR="00F06AD0" w:rsidRDefault="00F06AD0" w:rsidP="00FC125E">
      <w:pPr>
        <w:jc w:val="right"/>
        <w:rPr>
          <w:rFonts w:ascii="HG創英角ﾎﾟｯﾌﾟ体" w:eastAsia="HG創英角ﾎﾟｯﾌﾟ体" w:hAnsi="HG創英角ﾎﾟｯﾌﾟ体"/>
        </w:rPr>
      </w:pPr>
    </w:p>
    <w:p w14:paraId="252AC8ED" w14:textId="2D5F8D43" w:rsidR="00907436" w:rsidRPr="00BF64F1" w:rsidRDefault="00907436" w:rsidP="00FC125E">
      <w:pPr>
        <w:jc w:val="right"/>
        <w:rPr>
          <w:rFonts w:ascii="HG創英角ﾎﾟｯﾌﾟ体" w:eastAsia="HG創英角ﾎﾟｯﾌﾟ体" w:hAnsi="HG創英角ﾎﾟｯﾌﾟ体"/>
        </w:rPr>
      </w:pPr>
    </w:p>
    <w:bookmarkEnd w:id="0"/>
    <w:p w14:paraId="141AC0C2" w14:textId="65A5001C" w:rsidR="00603F5E" w:rsidRPr="008E639F" w:rsidRDefault="00A42962" w:rsidP="00A42962">
      <w:pPr>
        <w:spacing w:after="240" w:line="360" w:lineRule="auto"/>
        <w:jc w:val="center"/>
        <w:rPr>
          <w:rFonts w:ascii="HG創英角ﾎﾟｯﾌﾟ体" w:eastAsia="HG創英角ﾎﾟｯﾌﾟ体" w:hAnsi="HG創英角ﾎﾟｯﾌﾟ体"/>
          <w:bCs/>
          <w:color w:val="E53287"/>
          <w:sz w:val="48"/>
          <w:szCs w:val="48"/>
          <w:lang w:eastAsia="ja-JP"/>
        </w:rPr>
      </w:pPr>
      <w:r w:rsidRPr="008E639F">
        <w:rPr>
          <w:rFonts w:ascii="HG創英角ﾎﾟｯﾌﾟ体" w:eastAsia="HG創英角ﾎﾟｯﾌﾟ体" w:hAnsi="HG創英角ﾎﾟｯﾌﾟ体"/>
          <w:bCs/>
          <w:noProof/>
          <w:color w:val="E53287"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2D1BA2D" wp14:editId="44E95563">
                <wp:simplePos x="0" y="0"/>
                <wp:positionH relativeFrom="margin">
                  <wp:posOffset>38100</wp:posOffset>
                </wp:positionH>
                <wp:positionV relativeFrom="paragraph">
                  <wp:posOffset>389043</wp:posOffset>
                </wp:positionV>
                <wp:extent cx="5392844" cy="0"/>
                <wp:effectExtent l="38100" t="38100" r="55880" b="571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284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53287"/>
                          </a:solidFill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386E11" id="直線コネクタ 1" o:spid="_x0000_s1026" style="position:absolute;left:0;text-align:left;z-index:25163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pt,30.65pt" to="427.6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" strokecolor="#e53287" strokeweight="1.5pt">
                <v:stroke startarrow="diamond" endarrow="diamond"/>
                <w10:wrap anchorx="margin"/>
              </v:line>
            </w:pict>
          </mc:Fallback>
        </mc:AlternateContent>
      </w:r>
      <w:r w:rsidR="00907436" w:rsidRPr="008E639F">
        <w:rPr>
          <w:rFonts w:ascii="HG創英角ﾎﾟｯﾌﾟ体" w:eastAsia="HG創英角ﾎﾟｯﾌﾟ体" w:hAnsi="HG創英角ﾎﾟｯﾌﾟ体" w:hint="eastAsia"/>
          <w:bCs/>
          <w:noProof/>
          <w:color w:val="E53287"/>
          <w:sz w:val="40"/>
          <w:szCs w:val="40"/>
          <w:lang w:eastAsia="ja-JP"/>
        </w:rPr>
        <w:t>みんなでチャレンジ！防災訓練に参加しよう！</w:t>
      </w:r>
    </w:p>
    <w:p w14:paraId="30BDE575" w14:textId="68B7608F" w:rsidR="00907436" w:rsidRPr="00907436" w:rsidRDefault="00907436" w:rsidP="00907436">
      <w:pPr>
        <w:spacing w:after="120" w:line="36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907436">
        <w:rPr>
          <w:rFonts w:ascii="HG創英角ﾎﾟｯﾌﾟ体" w:eastAsia="HG創英角ﾎﾟｯﾌﾟ体" w:hAnsi="HG創英角ﾎﾟｯﾌﾟ体" w:hint="eastAsia"/>
          <w:lang w:eastAsia="ja-JP"/>
        </w:rPr>
        <w:t>いつも自治会活動にご協力ありがとうございます。</w:t>
      </w:r>
    </w:p>
    <w:p w14:paraId="0018857C" w14:textId="2045CBD6" w:rsidR="00907436" w:rsidRPr="00907436" w:rsidRDefault="00907436" w:rsidP="00907436">
      <w:pPr>
        <w:spacing w:after="120" w:line="36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907436">
        <w:rPr>
          <w:rFonts w:ascii="HG創英角ﾎﾟｯﾌﾟ体" w:eastAsia="HG創英角ﾎﾟｯﾌﾟ体" w:hAnsi="HG創英角ﾎﾟｯﾌﾟ体" w:hint="eastAsia"/>
          <w:lang w:eastAsia="ja-JP"/>
        </w:rPr>
        <w:t>もし地震が来たら、どう動く？みんなで練習する「防災訓練」を行います！</w:t>
      </w:r>
    </w:p>
    <w:p w14:paraId="02CBB6DB" w14:textId="163C9F80" w:rsidR="00F06AD0" w:rsidRPr="00907436" w:rsidRDefault="00907436" w:rsidP="00907436">
      <w:pPr>
        <w:spacing w:after="120" w:line="360" w:lineRule="auto"/>
        <w:rPr>
          <w:rFonts w:ascii="HG創英角ﾎﾟｯﾌﾟ体" w:eastAsia="HG創英角ﾎﾟｯﾌﾟ体" w:hAnsi="HG創英角ﾎﾟｯﾌﾟ体"/>
          <w:lang w:eastAsia="ja-JP"/>
        </w:rPr>
      </w:pPr>
      <w:r w:rsidRPr="00907436">
        <w:rPr>
          <w:rFonts w:ascii="HG創英角ﾎﾟｯﾌﾟ体" w:eastAsia="HG創英角ﾎﾟｯﾌﾟ体" w:hAnsi="HG創英角ﾎﾟｯﾌﾟ体" w:hint="eastAsia"/>
          <w:lang w:eastAsia="ja-JP"/>
        </w:rPr>
        <w:t>避難ルートを一緒に歩いたり、消火器の使い方・応急手当も体験できます。</w:t>
      </w:r>
    </w:p>
    <w:p w14:paraId="74225AD1" w14:textId="73D0649A" w:rsidR="00C67A16" w:rsidRDefault="00907436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F51FED" wp14:editId="34225950">
                <wp:simplePos x="0" y="0"/>
                <wp:positionH relativeFrom="margin">
                  <wp:posOffset>-47625</wp:posOffset>
                </wp:positionH>
                <wp:positionV relativeFrom="paragraph">
                  <wp:posOffset>216323</wp:posOffset>
                </wp:positionV>
                <wp:extent cx="5562600" cy="1625600"/>
                <wp:effectExtent l="0" t="0" r="19050" b="1270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62560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rgbClr val="FABC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35C3E" w14:textId="0AC85E82" w:rsidR="00907436" w:rsidRPr="00907436" w:rsidRDefault="00907436" w:rsidP="00907436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90743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日時：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90743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〇月〇日（〇）</w:t>
                            </w:r>
                            <w:r w:rsidRPr="0090743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 xml:space="preserve"> </w:t>
                            </w:r>
                            <w:r w:rsidRPr="0090743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午前〇時〜〇時</w:t>
                            </w:r>
                          </w:p>
                          <w:p w14:paraId="6CF66B7F" w14:textId="78843F6C" w:rsidR="00907436" w:rsidRPr="00907436" w:rsidRDefault="00907436" w:rsidP="00907436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</w:pPr>
                            <w:r w:rsidRPr="0090743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集合場所：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90743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〇〇公園 集合</w:t>
                            </w:r>
                          </w:p>
                          <w:p w14:paraId="4486D116" w14:textId="43DE5288" w:rsidR="00907436" w:rsidRPr="00907436" w:rsidRDefault="00907436" w:rsidP="00907436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</w:pPr>
                            <w:r w:rsidRPr="0090743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持ち物：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90743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軍手・飲み物・タオル</w:t>
                            </w:r>
                          </w:p>
                          <w:p w14:paraId="50828ECA" w14:textId="7C3FF35F" w:rsidR="00C67A16" w:rsidRPr="00C67A16" w:rsidRDefault="00907436" w:rsidP="00907436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90743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服装：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90743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動きやすい服装でお越しください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-3.75pt;margin-top:17.05pt;width:438pt;height:12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" fillcolor="#ffc" strokecolor="#fabc00" strokeweight="1.5pt">
                <v:textbox>
                  <w:txbxContent>
                    <w:p w14:paraId="05035C3E" w14:textId="0AC85E82" w:rsidR="00907436" w:rsidRPr="00907436" w:rsidRDefault="00907436" w:rsidP="00907436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90743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日時：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90743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〇月〇日（〇）</w:t>
                      </w:r>
                      <w:r w:rsidRPr="0090743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 xml:space="preserve"> </w:t>
                      </w:r>
                      <w:r w:rsidRPr="0090743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午前〇時〜〇時</w:t>
                      </w:r>
                    </w:p>
                    <w:p w14:paraId="6CF66B7F" w14:textId="78843F6C" w:rsidR="00907436" w:rsidRPr="00907436" w:rsidRDefault="00907436" w:rsidP="00907436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</w:pPr>
                      <w:r w:rsidRPr="0090743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集合場所：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90743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〇〇公園 集合</w:t>
                      </w:r>
                    </w:p>
                    <w:p w14:paraId="4486D116" w14:textId="43DE5288" w:rsidR="00907436" w:rsidRPr="00907436" w:rsidRDefault="00907436" w:rsidP="00907436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</w:pPr>
                      <w:r w:rsidRPr="0090743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持ち物：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90743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軍手・飲み物・タオル</w:t>
                      </w:r>
                    </w:p>
                    <w:p w14:paraId="50828ECA" w14:textId="7C3FF35F" w:rsidR="00C67A16" w:rsidRPr="00C67A16" w:rsidRDefault="00907436" w:rsidP="00907436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90743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服装：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90743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動きやすい服装でお越しください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EC3CAA" w14:textId="5E003007" w:rsidR="0072531E" w:rsidRDefault="008E639F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75171" wp14:editId="1437C3C9">
                <wp:simplePos x="0" y="0"/>
                <wp:positionH relativeFrom="column">
                  <wp:posOffset>4086860</wp:posOffset>
                </wp:positionH>
                <wp:positionV relativeFrom="paragraph">
                  <wp:posOffset>181821</wp:posOffset>
                </wp:positionV>
                <wp:extent cx="1077384" cy="1000710"/>
                <wp:effectExtent l="0" t="19050" r="8890" b="666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384" cy="100071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3D386" id="正方形/長方形 2" o:spid="_x0000_s1026" style="position:absolute;left:0;text-align:left;margin-left:321.8pt;margin-top:14.3pt;width:84.85pt;height:7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" stroked="f">
                <v:fill r:id="rId11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254DDE1F" w14:textId="3FA0CC8A" w:rsidR="0072531E" w:rsidRDefault="0072531E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3D91B0E1" w14:textId="6A9A8776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035B358B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783DC72C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782D796E" w14:textId="61DB4FC3" w:rsidR="00907436" w:rsidRPr="00907436" w:rsidRDefault="008E639F" w:rsidP="00907436">
      <w:pPr>
        <w:spacing w:line="240" w:lineRule="auto"/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bookmarkStart w:id="1" w:name="_Hlk210491244"/>
      <w:r>
        <w:rPr>
          <w:rFonts w:ascii="HG創英角ﾎﾟｯﾌﾟ体" w:eastAsia="HG創英角ﾎﾟｯﾌﾟ体" w:hAnsi="HG創英角ﾎﾟｯﾌﾟ体" w:cs="ＭＳ 明朝"/>
          <w:lang w:eastAsia="ja-JP"/>
        </w:rPr>
        <w:br/>
      </w:r>
      <w:r w:rsidR="00907436" w:rsidRPr="00907436">
        <w:rPr>
          <w:rFonts w:ascii="HG創英角ﾎﾟｯﾌﾟ体" w:eastAsia="HG創英角ﾎﾟｯﾌﾟ体" w:hAnsi="HG創英角ﾎﾟｯﾌﾟ体" w:cs="ＭＳ 明朝" w:hint="eastAsia"/>
          <w:lang w:eastAsia="ja-JP"/>
        </w:rPr>
        <w:t>小学生・中学生も大歓迎！</w:t>
      </w:r>
    </w:p>
    <w:p w14:paraId="2586B84B" w14:textId="09683B09" w:rsidR="00F06AD0" w:rsidRDefault="00907436" w:rsidP="00907436">
      <w:pPr>
        <w:spacing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907436">
        <w:rPr>
          <w:rFonts w:ascii="HG創英角ﾎﾟｯﾌﾟ体" w:eastAsia="HG創英角ﾎﾟｯﾌﾟ体" w:hAnsi="HG創英角ﾎﾟｯﾌﾟ体" w:cs="ＭＳ 明朝" w:hint="eastAsia"/>
          <w:lang w:eastAsia="ja-JP"/>
        </w:rPr>
        <w:t>家族で参加して、もしもの時の「助け合い」を一緒に学びましょう♪</w:t>
      </w:r>
    </w:p>
    <w:p w14:paraId="49B10577" w14:textId="7EAD852F" w:rsidR="0072531E" w:rsidRPr="00BF64F1" w:rsidRDefault="008E639F" w:rsidP="0072531E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AB4F63" wp14:editId="566311EF">
                <wp:simplePos x="0" y="0"/>
                <wp:positionH relativeFrom="margin">
                  <wp:posOffset>602615</wp:posOffset>
                </wp:positionH>
                <wp:positionV relativeFrom="paragraph">
                  <wp:posOffset>118745</wp:posOffset>
                </wp:positionV>
                <wp:extent cx="2351616" cy="1699895"/>
                <wp:effectExtent l="19050" t="0" r="1079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616" cy="169989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33E53" id="正方形/長方形 8" o:spid="_x0000_s1026" style="position:absolute;left:0;text-align:left;margin-left:47.45pt;margin-top:9.35pt;width:185.15pt;height:133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" stroked="f">
                <v:fill r:id="rId13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bookmarkEnd w:id="1"/>
    <w:p w14:paraId="3C58E63E" w14:textId="6F0A8AED" w:rsidR="00F06AD0" w:rsidRDefault="00F06AD0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665830A4" w14:textId="42E6C394" w:rsidR="006A0418" w:rsidRDefault="006A041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29E9DD7B" w14:textId="77777777" w:rsidR="00710426" w:rsidRPr="00BF64F1" w:rsidRDefault="00710426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14CDA80A" w14:textId="247F9EE1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</w:r>
      <w:r w:rsidR="00907436" w:rsidRPr="0090743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〇〇自治会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3876D" w14:textId="77777777" w:rsidR="00454B75" w:rsidRDefault="00454B75" w:rsidP="00907436">
      <w:pPr>
        <w:spacing w:after="0" w:line="240" w:lineRule="auto"/>
      </w:pPr>
      <w:r>
        <w:separator/>
      </w:r>
    </w:p>
  </w:endnote>
  <w:endnote w:type="continuationSeparator" w:id="0">
    <w:p w14:paraId="00B17C9A" w14:textId="77777777" w:rsidR="00454B75" w:rsidRDefault="00454B75" w:rsidP="0090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B7DCA" w14:textId="77777777" w:rsidR="00454B75" w:rsidRDefault="00454B75" w:rsidP="00907436">
      <w:pPr>
        <w:spacing w:after="0" w:line="240" w:lineRule="auto"/>
      </w:pPr>
      <w:r>
        <w:separator/>
      </w:r>
    </w:p>
  </w:footnote>
  <w:footnote w:type="continuationSeparator" w:id="0">
    <w:p w14:paraId="1079F1F6" w14:textId="77777777" w:rsidR="00454B75" w:rsidRDefault="00454B75" w:rsidP="00907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73576"/>
    <w:rsid w:val="0029639D"/>
    <w:rsid w:val="002D5B6B"/>
    <w:rsid w:val="00326F90"/>
    <w:rsid w:val="00371A53"/>
    <w:rsid w:val="00454B75"/>
    <w:rsid w:val="005A326A"/>
    <w:rsid w:val="00603F5E"/>
    <w:rsid w:val="006A0418"/>
    <w:rsid w:val="00710426"/>
    <w:rsid w:val="0072531E"/>
    <w:rsid w:val="008B1B01"/>
    <w:rsid w:val="008E639F"/>
    <w:rsid w:val="00907436"/>
    <w:rsid w:val="00A42962"/>
    <w:rsid w:val="00AA1D8D"/>
    <w:rsid w:val="00B47730"/>
    <w:rsid w:val="00BF64F1"/>
    <w:rsid w:val="00C45A22"/>
    <w:rsid w:val="00C66295"/>
    <w:rsid w:val="00C67A16"/>
    <w:rsid w:val="00CB0664"/>
    <w:rsid w:val="00F06AD0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3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6</cp:revision>
  <cp:lastPrinted>2025-10-04T11:12:00Z</cp:lastPrinted>
  <dcterms:created xsi:type="dcterms:W3CDTF">2025-10-04T10:01:00Z</dcterms:created>
  <dcterms:modified xsi:type="dcterms:W3CDTF">2025-10-05T09:45:00Z</dcterms:modified>
  <cp:category/>
</cp:coreProperties>
</file>