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FCCC9E" w14:textId="4CA122B1" w:rsidR="00FC125E" w:rsidRPr="00BF64F1" w:rsidRDefault="00273576" w:rsidP="00D80B62">
      <w:pPr>
        <w:spacing w:line="240" w:lineRule="auto"/>
        <w:jc w:val="right"/>
        <w:rPr>
          <w:rFonts w:ascii="HG創英角ﾎﾟｯﾌﾟ体" w:eastAsia="HG創英角ﾎﾟｯﾌﾟ体" w:hAnsi="HG創英角ﾎﾟｯﾌﾟ体"/>
        </w:rPr>
      </w:pPr>
      <w:bookmarkStart w:id="0" w:name="_Hlk210492016"/>
      <w:r w:rsidRPr="00BF64F1">
        <w:rPr>
          <w:rFonts w:ascii="HG創英角ﾎﾟｯﾌﾟ体" w:eastAsia="HG創英角ﾎﾟｯﾌﾟ体" w:hAnsi="HG創英角ﾎﾟｯﾌﾟ体"/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F4FCF45" wp14:editId="4E3274C7">
                <wp:simplePos x="0" y="0"/>
                <wp:positionH relativeFrom="margin">
                  <wp:align>center</wp:align>
                </wp:positionH>
                <wp:positionV relativeFrom="paragraph">
                  <wp:posOffset>-319405</wp:posOffset>
                </wp:positionV>
                <wp:extent cx="1260000" cy="504000"/>
                <wp:effectExtent l="19050" t="19050" r="16510" b="10795"/>
                <wp:wrapNone/>
                <wp:docPr id="4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504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5D5933" w14:textId="04FD2DF7" w:rsidR="00FC125E" w:rsidRPr="00273576" w:rsidRDefault="00FC125E" w:rsidP="00FC125E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44"/>
                                <w:szCs w:val="44"/>
                                <w:lang w:eastAsia="ja-JP"/>
                              </w:rPr>
                            </w:pPr>
                            <w:r w:rsidRPr="00273576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44"/>
                                <w:szCs w:val="44"/>
                                <w:lang w:eastAsia="ja-JP"/>
                              </w:rPr>
                              <w:t>回覧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4FCF45" id="四角形: 角を丸くする 4" o:spid="_x0000_s1026" style="position:absolute;left:0;text-align:left;margin-left:0;margin-top:-25.15pt;width:99.2pt;height:39.7pt;z-index:2516444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" fillcolor="white [3212]" strokecolor="red" strokeweight="2.25pt">
                <v:textbox>
                  <w:txbxContent>
                    <w:p w14:paraId="7B5D5933" w14:textId="04FD2DF7" w:rsidR="00FC125E" w:rsidRPr="00273576" w:rsidRDefault="00FC125E" w:rsidP="00FC125E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44"/>
                          <w:szCs w:val="44"/>
                          <w:lang w:eastAsia="ja-JP"/>
                        </w:rPr>
                      </w:pPr>
                      <w:r w:rsidRPr="00273576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44"/>
                          <w:szCs w:val="44"/>
                          <w:lang w:eastAsia="ja-JP"/>
                        </w:rPr>
                        <w:t>回覧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proofErr w:type="spellStart"/>
      <w:r w:rsidR="00FC125E" w:rsidRPr="00BF64F1">
        <w:rPr>
          <w:rFonts w:ascii="HG創英角ﾎﾟｯﾌﾟ体" w:eastAsia="HG創英角ﾎﾟｯﾌﾟ体" w:hAnsi="HG創英角ﾎﾟｯﾌﾟ体"/>
        </w:rPr>
        <w:t>令和〇年〇月〇日</w:t>
      </w:r>
      <w:proofErr w:type="spellEnd"/>
    </w:p>
    <w:p w14:paraId="7B428171" w14:textId="5CBCB32C" w:rsidR="00FC125E" w:rsidRPr="00BF64F1" w:rsidRDefault="002E01BE" w:rsidP="00D80B62">
      <w:pPr>
        <w:spacing w:line="240" w:lineRule="auto"/>
        <w:rPr>
          <w:rFonts w:ascii="HG創英角ﾎﾟｯﾌﾟ体" w:eastAsia="HG創英角ﾎﾟｯﾌﾟ体" w:hAnsi="HG創英角ﾎﾟｯﾌﾟ体"/>
        </w:rPr>
      </w:pPr>
      <w:r>
        <w:rPr>
          <w:rFonts w:ascii="HG創英角ﾎﾟｯﾌﾟ体" w:eastAsia="HG創英角ﾎﾟｯﾌﾟ体" w:hAnsi="HG創英角ﾎﾟｯﾌﾟ体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0309FE2" wp14:editId="56AA6937">
                <wp:simplePos x="0" y="0"/>
                <wp:positionH relativeFrom="margin">
                  <wp:posOffset>2186940</wp:posOffset>
                </wp:positionH>
                <wp:positionV relativeFrom="paragraph">
                  <wp:posOffset>8255</wp:posOffset>
                </wp:positionV>
                <wp:extent cx="1082040" cy="1233728"/>
                <wp:effectExtent l="38100" t="19050" r="22860" b="6223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040" cy="1233728"/>
                        </a:xfrm>
                        <a:prstGeom prst="rect">
                          <a:avLst/>
                        </a:prstGeom>
                        <a:blipFill>
                          <a:blip r:embed="rId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64DB75" id="正方形/長方形 3" o:spid="_x0000_s1026" style="position:absolute;left:0;text-align:left;margin-left:172.2pt;margin-top:.65pt;width:85.2pt;height:97.15pt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" stroked="f">
                <v:fill r:id="rId9" o:title="" recolor="t" rotate="t" type="frame"/>
                <v:shadow on="t" color="black" opacity="22937f" origin=",.5" offset="0,.63889mm"/>
                <w10:wrap anchorx="margin"/>
              </v:rect>
            </w:pict>
          </mc:Fallback>
        </mc:AlternateContent>
      </w:r>
      <w:proofErr w:type="spellStart"/>
      <w:r w:rsidR="00FC125E" w:rsidRPr="00BF64F1">
        <w:rPr>
          <w:rFonts w:ascii="HG創英角ﾎﾟｯﾌﾟ体" w:eastAsia="HG創英角ﾎﾟｯﾌﾟ体" w:hAnsi="HG創英角ﾎﾟｯﾌﾟ体"/>
        </w:rPr>
        <w:t>会員各位</w:t>
      </w:r>
      <w:proofErr w:type="spellEnd"/>
    </w:p>
    <w:p w14:paraId="416CC729" w14:textId="30DDE448" w:rsidR="00FC125E" w:rsidRPr="00BF64F1" w:rsidRDefault="00FC125E" w:rsidP="00D80B62">
      <w:pPr>
        <w:spacing w:line="240" w:lineRule="auto"/>
        <w:jc w:val="right"/>
        <w:rPr>
          <w:rFonts w:ascii="HG創英角ﾎﾟｯﾌﾟ体" w:eastAsia="HG創英角ﾎﾟｯﾌﾟ体" w:hAnsi="HG創英角ﾎﾟｯﾌﾟ体"/>
        </w:rPr>
      </w:pPr>
      <w:r w:rsidRPr="00BF64F1">
        <w:rPr>
          <w:rFonts w:ascii="HG創英角ﾎﾟｯﾌﾟ体" w:eastAsia="HG創英角ﾎﾟｯﾌﾟ体" w:hAnsi="HG創英角ﾎﾟｯﾌﾟ体"/>
        </w:rPr>
        <w:t>○○</w:t>
      </w:r>
      <w:proofErr w:type="spellStart"/>
      <w:r w:rsidRPr="00BF64F1">
        <w:rPr>
          <w:rFonts w:ascii="HG創英角ﾎﾟｯﾌﾟ体" w:eastAsia="HG創英角ﾎﾟｯﾌﾟ体" w:hAnsi="HG創英角ﾎﾟｯﾌﾟ体"/>
        </w:rPr>
        <w:t>自治会</w:t>
      </w:r>
      <w:proofErr w:type="spellEnd"/>
      <w:r w:rsidRPr="00BF64F1">
        <w:rPr>
          <w:rFonts w:ascii="HG創英角ﾎﾟｯﾌﾟ体" w:eastAsia="HG創英角ﾎﾟｯﾌﾟ体" w:hAnsi="HG創英角ﾎﾟｯﾌﾟ体"/>
        </w:rPr>
        <w:br/>
      </w:r>
      <w:proofErr w:type="spellStart"/>
      <w:r w:rsidRPr="00BF64F1">
        <w:rPr>
          <w:rFonts w:ascii="HG創英角ﾎﾟｯﾌﾟ体" w:eastAsia="HG創英角ﾎﾟｯﾌﾟ体" w:hAnsi="HG創英角ﾎﾟｯﾌﾟ体"/>
        </w:rPr>
        <w:t>会長</w:t>
      </w:r>
      <w:proofErr w:type="spellEnd"/>
      <w:r w:rsidRPr="00BF64F1">
        <w:rPr>
          <w:rFonts w:ascii="HG創英角ﾎﾟｯﾌﾟ体" w:eastAsia="HG創英角ﾎﾟｯﾌﾟ体" w:hAnsi="HG創英角ﾎﾟｯﾌﾟ体"/>
        </w:rPr>
        <w:t xml:space="preserve">　○○○○</w:t>
      </w:r>
    </w:p>
    <w:p w14:paraId="6F7BE38A" w14:textId="109120BC" w:rsidR="00F06AD0" w:rsidRPr="00BF64F1" w:rsidRDefault="00137D80" w:rsidP="00FC125E">
      <w:pPr>
        <w:jc w:val="right"/>
        <w:rPr>
          <w:rFonts w:ascii="HG創英角ﾎﾟｯﾌﾟ体" w:eastAsia="HG創英角ﾎﾟｯﾌﾟ体" w:hAnsi="HG創英角ﾎﾟｯﾌﾟ体"/>
        </w:rPr>
      </w:pPr>
      <w:r>
        <w:rPr>
          <w:rFonts w:ascii="HG創英角ﾎﾟｯﾌﾟ体" w:eastAsia="HG創英角ﾎﾟｯﾌﾟ体" w:hAnsi="HG創英角ﾎﾟｯﾌﾟ体"/>
        </w:rPr>
        <w:br/>
      </w:r>
    </w:p>
    <w:bookmarkEnd w:id="0"/>
    <w:p w14:paraId="3D4D140C" w14:textId="73F52DD1" w:rsidR="00131338" w:rsidRDefault="00EB533A" w:rsidP="00131338">
      <w:pPr>
        <w:spacing w:after="240" w:line="240" w:lineRule="auto"/>
        <w:jc w:val="center"/>
        <w:rPr>
          <w:rFonts w:ascii="HG創英角ﾎﾟｯﾌﾟ体" w:eastAsia="HG創英角ﾎﾟｯﾌﾟ体" w:hAnsi="HG創英角ﾎﾟｯﾌﾟ体"/>
          <w:bCs/>
          <w:noProof/>
          <w:color w:val="0773A9"/>
          <w:sz w:val="44"/>
          <w:szCs w:val="44"/>
          <w:lang w:eastAsia="ja-JP"/>
        </w:rPr>
      </w:pPr>
      <w:r w:rsidRPr="00EB533A">
        <w:rPr>
          <w:rFonts w:ascii="HG創英角ﾎﾟｯﾌﾟ体" w:eastAsia="HG創英角ﾎﾟｯﾌﾟ体" w:hAnsi="HG創英角ﾎﾟｯﾌﾟ体" w:hint="eastAsia"/>
          <w:bCs/>
          <w:noProof/>
          <w:color w:val="0773A9"/>
          <w:sz w:val="44"/>
          <w:szCs w:val="44"/>
          <w:lang w:eastAsia="ja-JP"/>
        </w:rPr>
        <w:t>秋祭り開催します♪</w:t>
      </w:r>
    </w:p>
    <w:p w14:paraId="376FF468" w14:textId="6907ABAE" w:rsidR="00EB533A" w:rsidRPr="00EB533A" w:rsidRDefault="00EB533A" w:rsidP="00EB533A">
      <w:pPr>
        <w:spacing w:after="240" w:line="240" w:lineRule="auto"/>
        <w:rPr>
          <w:rFonts w:ascii="HG創英角ﾎﾟｯﾌﾟ体" w:eastAsia="HG創英角ﾎﾟｯﾌﾟ体" w:hAnsi="HG創英角ﾎﾟｯﾌﾟ体" w:hint="eastAsia"/>
          <w:lang w:eastAsia="ja-JP"/>
        </w:rPr>
      </w:pPr>
      <w:r w:rsidRPr="00EB533A">
        <w:rPr>
          <w:rFonts w:ascii="HG創英角ﾎﾟｯﾌﾟ体" w:eastAsia="HG創英角ﾎﾟｯﾌﾟ体" w:hAnsi="HG創英角ﾎﾟｯﾌﾟ体" w:hint="eastAsia"/>
          <w:lang w:eastAsia="ja-JP"/>
        </w:rPr>
        <w:t>いつも自治会活動にご協力ありがとうございます！</w:t>
      </w:r>
    </w:p>
    <w:p w14:paraId="5D001677" w14:textId="591587D7" w:rsidR="00EB533A" w:rsidRPr="00EB533A" w:rsidRDefault="00EB533A" w:rsidP="00EB533A">
      <w:pPr>
        <w:spacing w:after="240" w:line="240" w:lineRule="auto"/>
        <w:rPr>
          <w:rFonts w:ascii="HG創英角ﾎﾟｯﾌﾟ体" w:eastAsia="HG創英角ﾎﾟｯﾌﾟ体" w:hAnsi="HG創英角ﾎﾟｯﾌﾟ体" w:hint="eastAsia"/>
          <w:lang w:eastAsia="ja-JP"/>
        </w:rPr>
      </w:pPr>
      <w:r w:rsidRPr="00EB533A">
        <w:rPr>
          <w:rFonts w:ascii="HG創英角ﾎﾟｯﾌﾟ体" w:eastAsia="HG創英角ﾎﾟｯﾌﾟ体" w:hAnsi="HG創英角ﾎﾟｯﾌﾟ体" w:hint="eastAsia"/>
          <w:lang w:eastAsia="ja-JP"/>
        </w:rPr>
        <w:t>今年も、地域の伝統「秋まつり」がやってきます！</w:t>
      </w:r>
    </w:p>
    <w:p w14:paraId="53E2BD69" w14:textId="00C02937" w:rsidR="00EB533A" w:rsidRPr="00EB533A" w:rsidRDefault="00EB533A" w:rsidP="00EB533A">
      <w:pPr>
        <w:spacing w:after="240" w:line="240" w:lineRule="auto"/>
        <w:rPr>
          <w:rFonts w:ascii="HG創英角ﾎﾟｯﾌﾟ体" w:eastAsia="HG創英角ﾎﾟｯﾌﾟ体" w:hAnsi="HG創英角ﾎﾟｯﾌﾟ体" w:hint="eastAsia"/>
          <w:lang w:eastAsia="ja-JP"/>
        </w:rPr>
      </w:pPr>
      <w:r w:rsidRPr="00EB533A">
        <w:rPr>
          <w:rFonts w:ascii="HG創英角ﾎﾟｯﾌﾟ体" w:eastAsia="HG創英角ﾎﾟｯﾌﾟ体" w:hAnsi="HG創英角ﾎﾟｯﾌﾟ体" w:hint="eastAsia"/>
          <w:lang w:eastAsia="ja-JP"/>
        </w:rPr>
        <w:t>太鼓の音と神輿のかけ声が響く、にぎやかな２日間♪宵宮と本宮の両日、○○神社を中心にいろいろな奉納行事が行われます。</w:t>
      </w:r>
    </w:p>
    <w:p w14:paraId="358C48FB" w14:textId="5F451788" w:rsidR="00131338" w:rsidRDefault="00EB533A" w:rsidP="00EB533A">
      <w:pPr>
        <w:spacing w:after="240" w:line="240" w:lineRule="auto"/>
        <w:rPr>
          <w:rFonts w:ascii="HG創英角ﾎﾟｯﾌﾟ体" w:eastAsia="HG創英角ﾎﾟｯﾌﾟ体" w:hAnsi="HG創英角ﾎﾟｯﾌﾟ体"/>
          <w:lang w:eastAsia="ja-JP"/>
        </w:rPr>
      </w:pPr>
      <w:r w:rsidRPr="00EB533A">
        <w:rPr>
          <w:rFonts w:ascii="HG創英角ﾎﾟｯﾌﾟ体" w:eastAsia="HG創英角ﾎﾟｯﾌﾟ体" w:hAnsi="HG創英角ﾎﾟｯﾌﾟ体" w:hint="eastAsia"/>
          <w:lang w:eastAsia="ja-JP"/>
        </w:rPr>
        <w:t>ご家族やお友だちと、ぜひ見に来てくださいね！</w:t>
      </w:r>
    </w:p>
    <w:p w14:paraId="74EC3CAA" w14:textId="4F0CCD35" w:rsidR="0072531E" w:rsidRDefault="002E01BE" w:rsidP="00131338">
      <w:pPr>
        <w:spacing w:after="240" w:line="240" w:lineRule="auto"/>
        <w:rPr>
          <w:rFonts w:ascii="HG創英角ﾎﾟｯﾌﾟ体" w:eastAsia="HG創英角ﾎﾟｯﾌﾟ体" w:hAnsi="HG創英角ﾎﾟｯﾌﾟ体"/>
          <w:lang w:eastAsia="ja-JP"/>
        </w:rPr>
      </w:pPr>
      <w:r>
        <w:rPr>
          <w:rFonts w:ascii="HG創英角ﾎﾟｯﾌﾟ体" w:eastAsia="HG創英角ﾎﾟｯﾌﾟ体" w:hAnsi="HG創英角ﾎﾟｯﾌﾟ体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7F51FED" wp14:editId="0C1111BB">
                <wp:simplePos x="0" y="0"/>
                <wp:positionH relativeFrom="margin">
                  <wp:posOffset>-43815</wp:posOffset>
                </wp:positionH>
                <wp:positionV relativeFrom="paragraph">
                  <wp:posOffset>132715</wp:posOffset>
                </wp:positionV>
                <wp:extent cx="5562600" cy="1562100"/>
                <wp:effectExtent l="0" t="0" r="19050" b="19050"/>
                <wp:wrapNone/>
                <wp:docPr id="7" name="四角形: 角を丸くす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0" cy="1562100"/>
                        </a:xfrm>
                        <a:prstGeom prst="roundRect">
                          <a:avLst>
                            <a:gd name="adj" fmla="val 6627"/>
                          </a:avLst>
                        </a:prstGeom>
                        <a:solidFill>
                          <a:srgbClr val="F9FBFD"/>
                        </a:solidFill>
                        <a:ln w="19050">
                          <a:solidFill>
                            <a:srgbClr val="0773A9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137931" w14:textId="15E6BD49" w:rsidR="00EB533A" w:rsidRPr="00EB533A" w:rsidRDefault="00EB533A" w:rsidP="00EB533A">
                            <w:pPr>
                              <w:tabs>
                                <w:tab w:val="left" w:pos="1418"/>
                              </w:tabs>
                              <w:spacing w:line="240" w:lineRule="auto"/>
                              <w:ind w:leftChars="257" w:left="565"/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</w:rPr>
                            </w:pPr>
                            <w:proofErr w:type="spellStart"/>
                            <w:r w:rsidRPr="00EB533A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</w:rPr>
                              <w:t>宵宮</w:t>
                            </w:r>
                            <w:proofErr w:type="spellEnd"/>
                            <w:r w:rsidRPr="00EB533A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</w:rPr>
                              <w:t>：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262626" w:themeColor="text1" w:themeTint="D9"/>
                              </w:rPr>
                              <w:tab/>
                            </w:r>
                            <w:proofErr w:type="spellStart"/>
                            <w:r w:rsidRPr="00EB533A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</w:rPr>
                              <w:t>〇月〇日（〇</w:t>
                            </w:r>
                            <w:proofErr w:type="spellEnd"/>
                            <w:r w:rsidRPr="00EB533A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</w:rPr>
                              <w:t xml:space="preserve">） </w:t>
                            </w:r>
                            <w:proofErr w:type="spellStart"/>
                            <w:r w:rsidRPr="00EB533A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</w:rPr>
                              <w:t>午後〇時</w:t>
                            </w:r>
                            <w:proofErr w:type="spellEnd"/>
                            <w:r w:rsidRPr="00EB533A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</w:rPr>
                              <w:t>～</w:t>
                            </w:r>
                          </w:p>
                          <w:p w14:paraId="2B1D3E78" w14:textId="4FF85DEE" w:rsidR="00EB533A" w:rsidRPr="00EB533A" w:rsidRDefault="00EB533A" w:rsidP="00EB533A">
                            <w:pPr>
                              <w:tabs>
                                <w:tab w:val="left" w:pos="1418"/>
                              </w:tabs>
                              <w:spacing w:line="240" w:lineRule="auto"/>
                              <w:ind w:leftChars="257" w:left="565"/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</w:rPr>
                            </w:pPr>
                            <w:proofErr w:type="spellStart"/>
                            <w:r w:rsidRPr="00EB533A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</w:rPr>
                              <w:t>本宮</w:t>
                            </w:r>
                            <w:proofErr w:type="spellEnd"/>
                            <w:r w:rsidRPr="00EB533A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</w:rPr>
                              <w:t>：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262626" w:themeColor="text1" w:themeTint="D9"/>
                              </w:rPr>
                              <w:tab/>
                            </w:r>
                            <w:proofErr w:type="spellStart"/>
                            <w:r w:rsidRPr="00EB533A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</w:rPr>
                              <w:t>〇月〇日（〇</w:t>
                            </w:r>
                            <w:proofErr w:type="spellEnd"/>
                            <w:r w:rsidRPr="00EB533A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</w:rPr>
                              <w:t xml:space="preserve">） </w:t>
                            </w:r>
                            <w:proofErr w:type="spellStart"/>
                            <w:r w:rsidRPr="00EB533A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</w:rPr>
                              <w:t>午前〇時</w:t>
                            </w:r>
                            <w:proofErr w:type="spellEnd"/>
                            <w:r w:rsidRPr="00EB533A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</w:rPr>
                              <w:t>～</w:t>
                            </w:r>
                          </w:p>
                          <w:p w14:paraId="1BF24A20" w14:textId="06384716" w:rsidR="00EB533A" w:rsidRPr="00EB533A" w:rsidRDefault="00EB533A" w:rsidP="00EB533A">
                            <w:pPr>
                              <w:tabs>
                                <w:tab w:val="left" w:pos="1418"/>
                              </w:tabs>
                              <w:spacing w:line="240" w:lineRule="auto"/>
                              <w:ind w:leftChars="257" w:left="565"/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</w:rPr>
                            </w:pPr>
                            <w:proofErr w:type="spellStart"/>
                            <w:r w:rsidRPr="00EB533A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</w:rPr>
                              <w:t>会場</w:t>
                            </w:r>
                            <w:proofErr w:type="spellEnd"/>
                            <w:r w:rsidRPr="00EB533A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</w:rPr>
                              <w:t>：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262626" w:themeColor="text1" w:themeTint="D9"/>
                              </w:rPr>
                              <w:tab/>
                            </w:r>
                            <w:r w:rsidRPr="00EB533A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</w:rPr>
                              <w:t>○○</w:t>
                            </w:r>
                            <w:proofErr w:type="spellStart"/>
                            <w:r w:rsidRPr="00EB533A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</w:rPr>
                              <w:t>神社</w:t>
                            </w:r>
                            <w:proofErr w:type="spellEnd"/>
                            <w:r w:rsidRPr="00EB533A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EB533A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</w:rPr>
                              <w:t>境内</w:t>
                            </w:r>
                            <w:proofErr w:type="spellEnd"/>
                          </w:p>
                          <w:p w14:paraId="50828ECA" w14:textId="391280DF" w:rsidR="00C67A16" w:rsidRPr="00131338" w:rsidRDefault="00EB533A" w:rsidP="00EB533A">
                            <w:pPr>
                              <w:tabs>
                                <w:tab w:val="left" w:pos="1418"/>
                              </w:tabs>
                              <w:spacing w:line="240" w:lineRule="auto"/>
                              <w:ind w:leftChars="257" w:left="565"/>
                              <w:rPr>
                                <w:rFonts w:ascii="HG創英角ﾎﾟｯﾌﾟ体" w:eastAsia="HG創英角ﾎﾟｯﾌﾟ体" w:hAnsi="HG創英角ﾎﾟｯﾌﾟ体"/>
                                <w:color w:val="262626" w:themeColor="text1" w:themeTint="D9"/>
                                <w:lang w:eastAsia="ja-JP"/>
                              </w:rPr>
                            </w:pPr>
                            <w:r w:rsidRPr="00EB533A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</w:rPr>
                              <w:t>※</w:t>
                            </w:r>
                            <w:proofErr w:type="spellStart"/>
                            <w:r w:rsidRPr="00EB533A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</w:rPr>
                              <w:t>雨天決行（荒天時中止</w:t>
                            </w:r>
                            <w:proofErr w:type="spellEnd"/>
                            <w:r w:rsidRPr="00EB533A">
                              <w:rPr>
                                <w:rFonts w:ascii="HG創英角ﾎﾟｯﾌﾟ体" w:eastAsia="HG創英角ﾎﾟｯﾌﾟ体" w:hAnsi="HG創英角ﾎﾟｯﾌﾟ体" w:hint="eastAsia"/>
                                <w:color w:val="262626" w:themeColor="text1" w:themeTint="D9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F51FED" id="四角形: 角を丸くする 7" o:spid="_x0000_s1027" style="position:absolute;margin-left:-3.45pt;margin-top:10.45pt;width:438pt;height:123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43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" fillcolor="#f9fbfd" strokecolor="#0773a9" strokeweight="1.5pt">
                <v:textbox>
                  <w:txbxContent>
                    <w:p w14:paraId="69137931" w14:textId="15E6BD49" w:rsidR="00EB533A" w:rsidRPr="00EB533A" w:rsidRDefault="00EB533A" w:rsidP="00EB533A">
                      <w:pPr>
                        <w:tabs>
                          <w:tab w:val="left" w:pos="1418"/>
                        </w:tabs>
                        <w:spacing w:line="240" w:lineRule="auto"/>
                        <w:ind w:leftChars="257" w:left="565"/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</w:rPr>
                      </w:pPr>
                      <w:proofErr w:type="spellStart"/>
                      <w:r w:rsidRPr="00EB533A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</w:rPr>
                        <w:t>宵宮</w:t>
                      </w:r>
                      <w:proofErr w:type="spellEnd"/>
                      <w:r w:rsidRPr="00EB533A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</w:rPr>
                        <w:t>：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262626" w:themeColor="text1" w:themeTint="D9"/>
                        </w:rPr>
                        <w:tab/>
                      </w:r>
                      <w:proofErr w:type="spellStart"/>
                      <w:r w:rsidRPr="00EB533A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</w:rPr>
                        <w:t>〇月〇日（〇</w:t>
                      </w:r>
                      <w:proofErr w:type="spellEnd"/>
                      <w:r w:rsidRPr="00EB533A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</w:rPr>
                        <w:t xml:space="preserve">） </w:t>
                      </w:r>
                      <w:proofErr w:type="spellStart"/>
                      <w:r w:rsidRPr="00EB533A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</w:rPr>
                        <w:t>午後〇時</w:t>
                      </w:r>
                      <w:proofErr w:type="spellEnd"/>
                      <w:r w:rsidRPr="00EB533A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</w:rPr>
                        <w:t>～</w:t>
                      </w:r>
                    </w:p>
                    <w:p w14:paraId="2B1D3E78" w14:textId="4FF85DEE" w:rsidR="00EB533A" w:rsidRPr="00EB533A" w:rsidRDefault="00EB533A" w:rsidP="00EB533A">
                      <w:pPr>
                        <w:tabs>
                          <w:tab w:val="left" w:pos="1418"/>
                        </w:tabs>
                        <w:spacing w:line="240" w:lineRule="auto"/>
                        <w:ind w:leftChars="257" w:left="565"/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</w:rPr>
                      </w:pPr>
                      <w:proofErr w:type="spellStart"/>
                      <w:r w:rsidRPr="00EB533A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</w:rPr>
                        <w:t>本宮</w:t>
                      </w:r>
                      <w:proofErr w:type="spellEnd"/>
                      <w:r w:rsidRPr="00EB533A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</w:rPr>
                        <w:t>：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262626" w:themeColor="text1" w:themeTint="D9"/>
                        </w:rPr>
                        <w:tab/>
                      </w:r>
                      <w:proofErr w:type="spellStart"/>
                      <w:r w:rsidRPr="00EB533A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</w:rPr>
                        <w:t>〇月〇日（〇</w:t>
                      </w:r>
                      <w:proofErr w:type="spellEnd"/>
                      <w:r w:rsidRPr="00EB533A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</w:rPr>
                        <w:t xml:space="preserve">） </w:t>
                      </w:r>
                      <w:proofErr w:type="spellStart"/>
                      <w:r w:rsidRPr="00EB533A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</w:rPr>
                        <w:t>午前〇時</w:t>
                      </w:r>
                      <w:proofErr w:type="spellEnd"/>
                      <w:r w:rsidRPr="00EB533A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</w:rPr>
                        <w:t>～</w:t>
                      </w:r>
                    </w:p>
                    <w:p w14:paraId="1BF24A20" w14:textId="06384716" w:rsidR="00EB533A" w:rsidRPr="00EB533A" w:rsidRDefault="00EB533A" w:rsidP="00EB533A">
                      <w:pPr>
                        <w:tabs>
                          <w:tab w:val="left" w:pos="1418"/>
                        </w:tabs>
                        <w:spacing w:line="240" w:lineRule="auto"/>
                        <w:ind w:leftChars="257" w:left="565"/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</w:rPr>
                      </w:pPr>
                      <w:proofErr w:type="spellStart"/>
                      <w:r w:rsidRPr="00EB533A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</w:rPr>
                        <w:t>会場</w:t>
                      </w:r>
                      <w:proofErr w:type="spellEnd"/>
                      <w:r w:rsidRPr="00EB533A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</w:rPr>
                        <w:t>：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262626" w:themeColor="text1" w:themeTint="D9"/>
                        </w:rPr>
                        <w:tab/>
                      </w:r>
                      <w:r w:rsidRPr="00EB533A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</w:rPr>
                        <w:t>○○</w:t>
                      </w:r>
                      <w:proofErr w:type="spellStart"/>
                      <w:r w:rsidRPr="00EB533A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</w:rPr>
                        <w:t>神社</w:t>
                      </w:r>
                      <w:proofErr w:type="spellEnd"/>
                      <w:r w:rsidRPr="00EB533A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EB533A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</w:rPr>
                        <w:t>境内</w:t>
                      </w:r>
                      <w:proofErr w:type="spellEnd"/>
                    </w:p>
                    <w:p w14:paraId="50828ECA" w14:textId="391280DF" w:rsidR="00C67A16" w:rsidRPr="00131338" w:rsidRDefault="00EB533A" w:rsidP="00EB533A">
                      <w:pPr>
                        <w:tabs>
                          <w:tab w:val="left" w:pos="1418"/>
                        </w:tabs>
                        <w:spacing w:line="240" w:lineRule="auto"/>
                        <w:ind w:leftChars="257" w:left="565"/>
                        <w:rPr>
                          <w:rFonts w:ascii="HG創英角ﾎﾟｯﾌﾟ体" w:eastAsia="HG創英角ﾎﾟｯﾌﾟ体" w:hAnsi="HG創英角ﾎﾟｯﾌﾟ体"/>
                          <w:color w:val="262626" w:themeColor="text1" w:themeTint="D9"/>
                          <w:lang w:eastAsia="ja-JP"/>
                        </w:rPr>
                      </w:pPr>
                      <w:r w:rsidRPr="00EB533A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</w:rPr>
                        <w:t>※</w:t>
                      </w:r>
                      <w:proofErr w:type="spellStart"/>
                      <w:r w:rsidRPr="00EB533A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</w:rPr>
                        <w:t>雨天決行（荒天時中止</w:t>
                      </w:r>
                      <w:proofErr w:type="spellEnd"/>
                      <w:r w:rsidRPr="00EB533A">
                        <w:rPr>
                          <w:rFonts w:ascii="HG創英角ﾎﾟｯﾌﾟ体" w:eastAsia="HG創英角ﾎﾟｯﾌﾟ体" w:hAnsi="HG創英角ﾎﾟｯﾌﾟ体" w:hint="eastAsia"/>
                          <w:color w:val="262626" w:themeColor="text1" w:themeTint="D9"/>
                        </w:rPr>
                        <w:t>）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54DDE1F" w14:textId="39293ACD" w:rsidR="0072531E" w:rsidRDefault="002E01BE" w:rsidP="00F06AD0">
      <w:pPr>
        <w:rPr>
          <w:rFonts w:ascii="HG創英角ﾎﾟｯﾌﾟ体" w:eastAsia="HG創英角ﾎﾟｯﾌﾟ体" w:hAnsi="HG創英角ﾎﾟｯﾌﾟ体"/>
          <w:lang w:eastAsia="ja-JP"/>
        </w:rPr>
      </w:pPr>
      <w:r>
        <w:rPr>
          <w:rFonts w:ascii="HG創英角ﾎﾟｯﾌﾟ体" w:eastAsia="HG創英角ﾎﾟｯﾌﾟ体" w:hAnsi="HG創英角ﾎﾟｯﾌﾟ体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BC97453" wp14:editId="3E3A8CC9">
                <wp:simplePos x="0" y="0"/>
                <wp:positionH relativeFrom="margin">
                  <wp:posOffset>3962400</wp:posOffset>
                </wp:positionH>
                <wp:positionV relativeFrom="paragraph">
                  <wp:posOffset>61595</wp:posOffset>
                </wp:positionV>
                <wp:extent cx="922020" cy="1051275"/>
                <wp:effectExtent l="0" t="19050" r="0" b="5397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20" cy="1051275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8D1034" id="正方形/長方形 1" o:spid="_x0000_s1026" style="position:absolute;left:0;text-align:left;margin-left:312pt;margin-top:4.85pt;width:72.6pt;height:82.8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" stroked="f">
                <v:fill r:id="rId11" o:title="" recolor="t" rotate="t" type="frame"/>
                <v:shadow on="t" color="black" opacity="22937f" origin=",.5" offset="0,.63889mm"/>
                <w10:wrap anchorx="margin"/>
              </v:rect>
            </w:pict>
          </mc:Fallback>
        </mc:AlternateContent>
      </w:r>
    </w:p>
    <w:p w14:paraId="3D91B0E1" w14:textId="593E9B95" w:rsidR="00C67A16" w:rsidRDefault="00C67A16" w:rsidP="00F06AD0">
      <w:pPr>
        <w:rPr>
          <w:rFonts w:ascii="HG創英角ﾎﾟｯﾌﾟ体" w:eastAsia="HG創英角ﾎﾟｯﾌﾟ体" w:hAnsi="HG創英角ﾎﾟｯﾌﾟ体"/>
          <w:lang w:eastAsia="ja-JP"/>
        </w:rPr>
      </w:pPr>
    </w:p>
    <w:p w14:paraId="2CCFE16D" w14:textId="64701A66" w:rsidR="00C67A16" w:rsidRDefault="00C67A16" w:rsidP="00F06AD0">
      <w:pPr>
        <w:rPr>
          <w:rFonts w:ascii="HG創英角ﾎﾟｯﾌﾟ体" w:eastAsia="HG創英角ﾎﾟｯﾌﾟ体" w:hAnsi="HG創英角ﾎﾟｯﾌﾟ体" w:cs="ＭＳ 明朝"/>
          <w:lang w:eastAsia="ja-JP"/>
        </w:rPr>
      </w:pPr>
    </w:p>
    <w:p w14:paraId="532B6F3A" w14:textId="08EDB217" w:rsidR="00C67A16" w:rsidRDefault="00C67A16" w:rsidP="00F06AD0">
      <w:pPr>
        <w:rPr>
          <w:rFonts w:ascii="HG創英角ﾎﾟｯﾌﾟ体" w:eastAsia="HG創英角ﾎﾟｯﾌﾟ体" w:hAnsi="HG創英角ﾎﾟｯﾌﾟ体" w:cs="ＭＳ 明朝" w:hint="eastAsia"/>
          <w:lang w:eastAsia="ja-JP"/>
        </w:rPr>
      </w:pPr>
    </w:p>
    <w:p w14:paraId="5DB6C390" w14:textId="2E784D2E" w:rsidR="002E01BE" w:rsidRDefault="002E01BE" w:rsidP="00EB533A">
      <w:pPr>
        <w:rPr>
          <w:rFonts w:ascii="HG創英角ﾎﾟｯﾌﾟ体" w:eastAsia="HG創英角ﾎﾟｯﾌﾟ体" w:hAnsi="HG創英角ﾎﾟｯﾌﾟ体" w:cs="ＭＳ 明朝"/>
          <w:lang w:eastAsia="ja-JP"/>
        </w:rPr>
      </w:pPr>
      <w:bookmarkStart w:id="1" w:name="_Hlk210491244"/>
    </w:p>
    <w:p w14:paraId="19032771" w14:textId="5835B9CC" w:rsidR="00EB533A" w:rsidRPr="00EB533A" w:rsidRDefault="002E01BE" w:rsidP="00EB533A">
      <w:pPr>
        <w:rPr>
          <w:rFonts w:ascii="HG創英角ﾎﾟｯﾌﾟ体" w:eastAsia="HG創英角ﾎﾟｯﾌﾟ体" w:hAnsi="HG創英角ﾎﾟｯﾌﾟ体" w:cs="ＭＳ 明朝" w:hint="eastAsia"/>
          <w:lang w:eastAsia="ja-JP"/>
        </w:rPr>
      </w:pPr>
      <w:r>
        <w:rPr>
          <w:rFonts w:ascii="HG創英角ﾎﾟｯﾌﾟ体" w:eastAsia="HG創英角ﾎﾟｯﾌﾟ体" w:hAnsi="HG創英角ﾎﾟｯﾌﾟ体" w:cs="ＭＳ 明朝" w:hint="eastAsia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F4895A2" wp14:editId="4DC3D7D2">
                <wp:simplePos x="0" y="0"/>
                <wp:positionH relativeFrom="column">
                  <wp:posOffset>2548890</wp:posOffset>
                </wp:positionH>
                <wp:positionV relativeFrom="paragraph">
                  <wp:posOffset>269875</wp:posOffset>
                </wp:positionV>
                <wp:extent cx="1840230" cy="1722120"/>
                <wp:effectExtent l="19050" t="19050" r="26670" b="6858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0230" cy="1722120"/>
                        </a:xfrm>
                        <a:prstGeom prst="rect">
                          <a:avLst/>
                        </a:prstGeom>
                        <a:blipFill>
                          <a:blip r:embed="rId12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863C2B" id="正方形/長方形 6" o:spid="_x0000_s1026" style="position:absolute;left:0;text-align:left;margin-left:200.7pt;margin-top:21.25pt;width:144.9pt;height:135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" stroked="f">
                <v:fill r:id="rId13" o:title="" recolor="t" rotate="t" type="frame"/>
                <v:shadow on="t" color="black" opacity="22937f" origin=",.5" offset="0,.63889mm"/>
              </v:rect>
            </w:pict>
          </mc:Fallback>
        </mc:AlternateContent>
      </w:r>
      <w:r w:rsidR="00EB533A" w:rsidRPr="00EB533A">
        <w:rPr>
          <w:rFonts w:ascii="HG創英角ﾎﾟｯﾌﾟ体" w:eastAsia="HG創英角ﾎﾟｯﾌﾟ体" w:hAnsi="HG創英角ﾎﾟｯﾌﾟ体" w:cs="ＭＳ 明朝" w:hint="eastAsia"/>
          <w:lang w:eastAsia="ja-JP"/>
        </w:rPr>
        <w:t>※神輿・屋台などの担ぎ手募集は、別の回覧でお知らせします。</w:t>
      </w:r>
      <w:r w:rsidR="00EB533A">
        <w:rPr>
          <w:rFonts w:ascii="HG創英角ﾎﾟｯﾌﾟ体" w:eastAsia="HG創英角ﾎﾟｯﾌﾟ体" w:hAnsi="HG創英角ﾎﾟｯﾌﾟ体" w:cs="ＭＳ 明朝"/>
          <w:lang w:eastAsia="ja-JP"/>
        </w:rPr>
        <w:br/>
      </w:r>
    </w:p>
    <w:p w14:paraId="6BED7D70" w14:textId="21917C17" w:rsidR="00EB533A" w:rsidRPr="00EB533A" w:rsidRDefault="00EB533A" w:rsidP="00EB533A">
      <w:pPr>
        <w:rPr>
          <w:rFonts w:ascii="HG創英角ﾎﾟｯﾌﾟ体" w:eastAsia="HG創英角ﾎﾟｯﾌﾟ体" w:hAnsi="HG創英角ﾎﾟｯﾌﾟ体" w:cs="ＭＳ 明朝" w:hint="eastAsia"/>
          <w:lang w:eastAsia="ja-JP"/>
        </w:rPr>
      </w:pPr>
      <w:r w:rsidRPr="00EB533A">
        <w:rPr>
          <w:rFonts w:ascii="HG創英角ﾎﾟｯﾌﾟ体" w:eastAsia="HG創英角ﾎﾟｯﾌﾟ体" w:hAnsi="HG創英角ﾎﾟｯﾌﾟ体" w:cs="ＭＳ 明朝" w:hint="eastAsia"/>
          <w:lang w:eastAsia="ja-JP"/>
        </w:rPr>
        <w:t>地域みんなで盛り上がるお祭りです！</w:t>
      </w:r>
    </w:p>
    <w:p w14:paraId="587C728E" w14:textId="619C665C" w:rsidR="00131338" w:rsidRPr="00EB533A" w:rsidRDefault="00EB533A" w:rsidP="00EB533A">
      <w:pPr>
        <w:rPr>
          <w:rFonts w:ascii="HG創英角ﾎﾟｯﾌﾟ体" w:eastAsia="HG創英角ﾎﾟｯﾌﾟ体" w:hAnsi="HG創英角ﾎﾟｯﾌﾟ体"/>
          <w:lang w:eastAsia="ja-JP"/>
        </w:rPr>
      </w:pPr>
      <w:r w:rsidRPr="00EB533A">
        <w:rPr>
          <w:rFonts w:ascii="HG創英角ﾎﾟｯﾌﾟ体" w:eastAsia="HG創英角ﾎﾟｯﾌﾟ体" w:hAnsi="HG創英角ﾎﾟｯﾌﾟ体" w:cs="ＭＳ 明朝" w:hint="eastAsia"/>
          <w:lang w:eastAsia="ja-JP"/>
        </w:rPr>
        <w:t>応援・見学だけでも大歓迎です♪</w:t>
      </w:r>
    </w:p>
    <w:bookmarkEnd w:id="1"/>
    <w:p w14:paraId="023B6876" w14:textId="098666E1" w:rsidR="00131338" w:rsidRDefault="00131338" w:rsidP="00F06AD0">
      <w:pPr>
        <w:jc w:val="right"/>
        <w:rPr>
          <w:rFonts w:ascii="HG創英角ﾎﾟｯﾌﾟ体" w:eastAsia="HG創英角ﾎﾟｯﾌﾟ体" w:hAnsi="HG創英角ﾎﾟｯﾌﾟ体"/>
          <w:lang w:eastAsia="ja-JP"/>
        </w:rPr>
      </w:pPr>
    </w:p>
    <w:p w14:paraId="7C7E389D" w14:textId="20F7A129" w:rsidR="00583F95" w:rsidRDefault="00583F95" w:rsidP="00F06AD0">
      <w:pPr>
        <w:jc w:val="right"/>
        <w:rPr>
          <w:rFonts w:ascii="HG創英角ﾎﾟｯﾌﾟ体" w:eastAsia="HG創英角ﾎﾟｯﾌﾟ体" w:hAnsi="HG創英角ﾎﾟｯﾌﾟ体"/>
          <w:lang w:eastAsia="ja-JP"/>
        </w:rPr>
      </w:pPr>
    </w:p>
    <w:p w14:paraId="14CDA80A" w14:textId="127E75F8" w:rsidR="00603F5E" w:rsidRPr="00C67A16" w:rsidRDefault="002E01BE" w:rsidP="00F06AD0">
      <w:pPr>
        <w:jc w:val="right"/>
        <w:rPr>
          <w:rFonts w:ascii="HG創英角ﾎﾟｯﾌﾟ体" w:eastAsia="HG創英角ﾎﾟｯﾌﾟ体" w:hAnsi="HG創英角ﾎﾟｯﾌﾟ体"/>
          <w:sz w:val="21"/>
          <w:szCs w:val="21"/>
          <w:lang w:eastAsia="ja-JP"/>
        </w:rPr>
      </w:pPr>
      <w:bookmarkStart w:id="2" w:name="_Hlk210492228"/>
      <w:r>
        <w:rPr>
          <w:rFonts w:ascii="HG創英角ﾎﾟｯﾌﾟ体" w:eastAsia="HG創英角ﾎﾟｯﾌﾟ体" w:hAnsi="HG創英角ﾎﾟｯﾌﾟ体"/>
          <w:sz w:val="21"/>
          <w:szCs w:val="21"/>
          <w:lang w:eastAsia="ja-JP"/>
        </w:rPr>
        <w:br/>
      </w:r>
      <w:r w:rsidR="00F06AD0" w:rsidRPr="00C67A16">
        <w:rPr>
          <w:rFonts w:ascii="HG創英角ﾎﾟｯﾌﾟ体" w:eastAsia="HG創英角ﾎﾟｯﾌﾟ体" w:hAnsi="HG創英角ﾎﾟｯﾌﾟ体"/>
          <w:sz w:val="21"/>
          <w:szCs w:val="21"/>
          <w:lang w:eastAsia="ja-JP"/>
        </w:rPr>
        <w:t>お問い合わせ</w:t>
      </w:r>
      <w:r w:rsidR="00F06AD0" w:rsidRPr="00C67A16">
        <w:rPr>
          <w:rFonts w:ascii="HG創英角ﾎﾟｯﾌﾟ体" w:eastAsia="HG創英角ﾎﾟｯﾌﾟ体" w:hAnsi="HG創英角ﾎﾟｯﾌﾟ体" w:hint="eastAsia"/>
          <w:sz w:val="21"/>
          <w:szCs w:val="21"/>
          <w:lang w:eastAsia="ja-JP"/>
        </w:rPr>
        <w:t>先</w:t>
      </w:r>
      <w:r w:rsidR="00F06AD0" w:rsidRPr="00C67A16">
        <w:rPr>
          <w:rFonts w:ascii="HG創英角ﾎﾟｯﾌﾟ体" w:eastAsia="HG創英角ﾎﾟｯﾌﾟ体" w:hAnsi="HG創英角ﾎﾟｯﾌﾟ体"/>
          <w:sz w:val="21"/>
          <w:szCs w:val="21"/>
          <w:lang w:eastAsia="ja-JP"/>
        </w:rPr>
        <w:br/>
        <w:t>自治会事務局</w:t>
      </w:r>
      <w:r w:rsidR="00F06AD0" w:rsidRPr="00C67A16">
        <w:rPr>
          <w:rFonts w:ascii="HG創英角ﾎﾟｯﾌﾟ体" w:eastAsia="HG創英角ﾎﾟｯﾌﾟ体" w:hAnsi="HG創英角ﾎﾟｯﾌﾟ体" w:hint="eastAsia"/>
          <w:sz w:val="21"/>
          <w:szCs w:val="21"/>
          <w:lang w:eastAsia="ja-JP"/>
        </w:rPr>
        <w:t xml:space="preserve"> </w:t>
      </w:r>
      <w:r w:rsidR="00F06AD0" w:rsidRPr="00C67A16">
        <w:rPr>
          <w:rFonts w:ascii="HG創英角ﾎﾟｯﾌﾟ体" w:eastAsia="HG創英角ﾎﾟｯﾌﾟ体" w:hAnsi="HG創英角ﾎﾟｯﾌﾟ体"/>
          <w:sz w:val="21"/>
          <w:szCs w:val="21"/>
          <w:lang w:eastAsia="ja-JP"/>
        </w:rPr>
        <w:t>000-0000-0000</w:t>
      </w:r>
      <w:bookmarkEnd w:id="2"/>
    </w:p>
    <w:sectPr w:rsidR="00603F5E" w:rsidRPr="00C67A16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5EB830" w14:textId="77777777" w:rsidR="009E2DE5" w:rsidRDefault="009E2DE5" w:rsidP="00137D80">
      <w:pPr>
        <w:spacing w:after="0" w:line="240" w:lineRule="auto"/>
      </w:pPr>
      <w:r>
        <w:separator/>
      </w:r>
    </w:p>
  </w:endnote>
  <w:endnote w:type="continuationSeparator" w:id="0">
    <w:p w14:paraId="4FBD8298" w14:textId="77777777" w:rsidR="009E2DE5" w:rsidRDefault="009E2DE5" w:rsidP="00137D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1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622026" w14:textId="77777777" w:rsidR="009E2DE5" w:rsidRDefault="009E2DE5" w:rsidP="00137D80">
      <w:pPr>
        <w:spacing w:after="0" w:line="240" w:lineRule="auto"/>
      </w:pPr>
      <w:r>
        <w:separator/>
      </w:r>
    </w:p>
  </w:footnote>
  <w:footnote w:type="continuationSeparator" w:id="0">
    <w:p w14:paraId="0EA4D9CE" w14:textId="77777777" w:rsidR="009E2DE5" w:rsidRDefault="009E2DE5" w:rsidP="00137D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0A5B66"/>
    <w:rsid w:val="00131338"/>
    <w:rsid w:val="00137D80"/>
    <w:rsid w:val="0015074B"/>
    <w:rsid w:val="00273576"/>
    <w:rsid w:val="0029639D"/>
    <w:rsid w:val="002A2B5A"/>
    <w:rsid w:val="002D5B6B"/>
    <w:rsid w:val="002E01BE"/>
    <w:rsid w:val="00326F90"/>
    <w:rsid w:val="00371A53"/>
    <w:rsid w:val="003E015C"/>
    <w:rsid w:val="00470C49"/>
    <w:rsid w:val="004E1AE7"/>
    <w:rsid w:val="00583338"/>
    <w:rsid w:val="00583F95"/>
    <w:rsid w:val="005A326A"/>
    <w:rsid w:val="00603263"/>
    <w:rsid w:val="00603F5E"/>
    <w:rsid w:val="006A0418"/>
    <w:rsid w:val="00710426"/>
    <w:rsid w:val="0072531E"/>
    <w:rsid w:val="008B1B01"/>
    <w:rsid w:val="00906582"/>
    <w:rsid w:val="009E2DE5"/>
    <w:rsid w:val="00A42962"/>
    <w:rsid w:val="00AA1D8D"/>
    <w:rsid w:val="00B47730"/>
    <w:rsid w:val="00BF64F1"/>
    <w:rsid w:val="00C44DCB"/>
    <w:rsid w:val="00C45A22"/>
    <w:rsid w:val="00C66295"/>
    <w:rsid w:val="00C67A16"/>
    <w:rsid w:val="00CB0664"/>
    <w:rsid w:val="00D80B62"/>
    <w:rsid w:val="00E77ADF"/>
    <w:rsid w:val="00EB533A"/>
    <w:rsid w:val="00F06AD0"/>
    <w:rsid w:val="00F829F1"/>
    <w:rsid w:val="00FC125E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E1889AA"/>
  <w14:defaultImageDpi w14:val="300"/>
  <w15:docId w15:val="{3B21E9D5-401D-4E86-9A37-EE164AACC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ヘッダー (文字)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フッター (文字)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見出し 1 (文字)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見出し 2 (文字)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見出し 3 (文字)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表題 (文字)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副題 (文字)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本文 (文字)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本文 2 (文字)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本文 3 (文字)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マクロ文字列 (文字)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af5">
    <w:name w:val="Quote"/>
    <w:basedOn w:val="a1"/>
    <w:next w:val="a1"/>
    <w:link w:val="af6"/>
    <w:uiPriority w:val="29"/>
    <w:qFormat/>
    <w:rsid w:val="00FC693F"/>
    <w:rPr>
      <w:i/>
      <w:iCs/>
      <w:color w:val="000000" w:themeColor="text1"/>
    </w:rPr>
  </w:style>
  <w:style w:type="character" w:customStyle="1" w:styleId="af6">
    <w:name w:val="引用文 (文字)"/>
    <w:basedOn w:val="a2"/>
    <w:link w:val="af5"/>
    <w:uiPriority w:val="29"/>
    <w:rsid w:val="00FC693F"/>
    <w:rPr>
      <w:i/>
      <w:iCs/>
      <w:color w:val="000000" w:themeColor="text1"/>
    </w:rPr>
  </w:style>
  <w:style w:type="character" w:customStyle="1" w:styleId="40">
    <w:name w:val="見出し 4 (文字)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見出し 5 (文字)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見出し 6 (文字)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見出し 7 (文字)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見出し 8 (文字)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見出し 9 (文字)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7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8">
    <w:name w:val="Strong"/>
    <w:basedOn w:val="a2"/>
    <w:uiPriority w:val="22"/>
    <w:qFormat/>
    <w:rsid w:val="00FC693F"/>
    <w:rPr>
      <w:b/>
      <w:bCs/>
    </w:rPr>
  </w:style>
  <w:style w:type="character" w:styleId="af9">
    <w:name w:val="Emphasis"/>
    <w:basedOn w:val="a2"/>
    <w:uiPriority w:val="20"/>
    <w:qFormat/>
    <w:rsid w:val="00FC693F"/>
    <w:rPr>
      <w:i/>
      <w:iCs/>
    </w:rPr>
  </w:style>
  <w:style w:type="paragraph" w:styleId="27">
    <w:name w:val="Intense Quote"/>
    <w:basedOn w:val="a1"/>
    <w:next w:val="a1"/>
    <w:link w:val="28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8">
    <w:name w:val="引用文 2 (文字)"/>
    <w:basedOn w:val="a2"/>
    <w:link w:val="27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29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b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2a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c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d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e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2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13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14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15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16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17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2b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c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2d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2e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2f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2f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2f1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37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8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39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3a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3b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3c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3d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4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2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3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4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5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6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7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1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2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3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4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5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6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57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61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2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63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64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65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66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67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71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2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3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4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1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2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83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84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85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86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87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91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2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10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10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10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10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10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110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1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11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113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114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115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116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120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24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6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30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1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132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133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13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135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136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140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1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42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43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44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4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46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">
    <w:name w:val="Date"/>
    <w:basedOn w:val="a1"/>
    <w:next w:val="a1"/>
    <w:link w:val="aff0"/>
    <w:uiPriority w:val="99"/>
    <w:semiHidden/>
    <w:unhideWhenUsed/>
    <w:rsid w:val="00FC125E"/>
  </w:style>
  <w:style w:type="character" w:customStyle="1" w:styleId="aff0">
    <w:name w:val="日付 (文字)"/>
    <w:basedOn w:val="a2"/>
    <w:link w:val="aff"/>
    <w:uiPriority w:val="99"/>
    <w:semiHidden/>
    <w:rsid w:val="00FC12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19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41</Words>
  <Characters>236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276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hirabayashi kazuya</cp:lastModifiedBy>
  <cp:revision>3</cp:revision>
  <cp:lastPrinted>2025-10-04T11:12:00Z</cp:lastPrinted>
  <dcterms:created xsi:type="dcterms:W3CDTF">2025-10-09T13:36:00Z</dcterms:created>
  <dcterms:modified xsi:type="dcterms:W3CDTF">2025-10-11T07:17:00Z</dcterms:modified>
  <cp:category/>
</cp:coreProperties>
</file>