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36312C3D" w:rsidR="00FC125E" w:rsidRPr="00A01EFB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  <w:sz w:val="24"/>
          <w:szCs w:val="24"/>
          <w:lang w:eastAsia="ja-JP"/>
        </w:rPr>
      </w:pPr>
      <w:bookmarkStart w:id="0" w:name="_Hlk210492016"/>
      <w:r w:rsidRPr="00A01EFB">
        <w:rPr>
          <w:rFonts w:ascii="HG創英角ﾎﾟｯﾌﾟ体" w:eastAsia="HG創英角ﾎﾟｯﾌﾟ体" w:hAnsi="HG創英角ﾎﾟｯﾌﾟ体"/>
          <w:sz w:val="24"/>
          <w:szCs w:val="24"/>
          <w:lang w:eastAsia="ja-JP"/>
        </w:rPr>
        <w:t>令和〇年〇月〇日</w:t>
      </w:r>
    </w:p>
    <w:p w14:paraId="7B428171" w14:textId="6730819B" w:rsidR="00FC125E" w:rsidRPr="00A01EFB" w:rsidRDefault="00A01EFB" w:rsidP="00D80B62">
      <w:pPr>
        <w:spacing w:line="240" w:lineRule="auto"/>
        <w:rPr>
          <w:rFonts w:ascii="HG創英角ﾎﾟｯﾌﾟ体" w:eastAsia="HG創英角ﾎﾟｯﾌﾟ体" w:hAnsi="HG創英角ﾎﾟｯﾌﾟ体"/>
          <w:sz w:val="24"/>
          <w:szCs w:val="24"/>
          <w:lang w:eastAsia="ja-JP"/>
        </w:rPr>
      </w:pPr>
      <w:r w:rsidRPr="00A01EFB">
        <w:rPr>
          <w:rFonts w:ascii="HG創英角ﾎﾟｯﾌﾟ体" w:eastAsia="HG創英角ﾎﾟｯﾌﾟ体" w:hAnsi="HG創英角ﾎﾟｯﾌﾟ体" w:hint="eastAsia"/>
          <w:noProof/>
          <w:sz w:val="24"/>
          <w:szCs w:val="24"/>
          <w:lang w:eastAsia="ja-JP"/>
        </w:rPr>
        <w:t>○○自治会からのお知らせ</w:t>
      </w:r>
    </w:p>
    <w:p w14:paraId="416CC729" w14:textId="240299A4" w:rsidR="00FC125E" w:rsidRPr="00A01EFB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A01EFB">
        <w:rPr>
          <w:rFonts w:ascii="HG創英角ﾎﾟｯﾌﾟ体" w:eastAsia="HG創英角ﾎﾟｯﾌﾟ体" w:hAnsi="HG創英角ﾎﾟｯﾌﾟ体"/>
          <w:sz w:val="24"/>
          <w:szCs w:val="24"/>
        </w:rPr>
        <w:t>○○</w:t>
      </w:r>
      <w:proofErr w:type="spellStart"/>
      <w:r w:rsidRPr="00A01EFB">
        <w:rPr>
          <w:rFonts w:ascii="HG創英角ﾎﾟｯﾌﾟ体" w:eastAsia="HG創英角ﾎﾟｯﾌﾟ体" w:hAnsi="HG創英角ﾎﾟｯﾌﾟ体"/>
          <w:sz w:val="24"/>
          <w:szCs w:val="24"/>
        </w:rPr>
        <w:t>自治会</w:t>
      </w:r>
      <w:proofErr w:type="spellEnd"/>
      <w:r w:rsidRPr="00A01EFB">
        <w:rPr>
          <w:rFonts w:ascii="HG創英角ﾎﾟｯﾌﾟ体" w:eastAsia="HG創英角ﾎﾟｯﾌﾟ体" w:hAnsi="HG創英角ﾎﾟｯﾌﾟ体"/>
          <w:sz w:val="24"/>
          <w:szCs w:val="24"/>
        </w:rPr>
        <w:br/>
      </w:r>
      <w:proofErr w:type="spellStart"/>
      <w:r w:rsidRPr="00A01EFB">
        <w:rPr>
          <w:rFonts w:ascii="HG創英角ﾎﾟｯﾌﾟ体" w:eastAsia="HG創英角ﾎﾟｯﾌﾟ体" w:hAnsi="HG創英角ﾎﾟｯﾌﾟ体"/>
          <w:sz w:val="24"/>
          <w:szCs w:val="24"/>
        </w:rPr>
        <w:t>会長</w:t>
      </w:r>
      <w:proofErr w:type="spellEnd"/>
      <w:r w:rsidRPr="00A01EFB">
        <w:rPr>
          <w:rFonts w:ascii="HG創英角ﾎﾟｯﾌﾟ体" w:eastAsia="HG創英角ﾎﾟｯﾌﾟ体" w:hAnsi="HG創英角ﾎﾟｯﾌﾟ体"/>
          <w:sz w:val="24"/>
          <w:szCs w:val="24"/>
        </w:rPr>
        <w:t xml:space="preserve">　○○○○</w:t>
      </w:r>
    </w:p>
    <w:p w14:paraId="6F7BE38A" w14:textId="61ADBC80" w:rsidR="00F06AD0" w:rsidRPr="00BF64F1" w:rsidRDefault="00F06AD0" w:rsidP="00FC125E">
      <w:pPr>
        <w:jc w:val="right"/>
        <w:rPr>
          <w:rFonts w:ascii="HG創英角ﾎﾟｯﾌﾟ体" w:eastAsia="HG創英角ﾎﾟｯﾌﾟ体" w:hAnsi="HG創英角ﾎﾟｯﾌﾟ体"/>
        </w:rPr>
      </w:pPr>
    </w:p>
    <w:bookmarkEnd w:id="0"/>
    <w:p w14:paraId="3D4D140C" w14:textId="699072F6" w:rsidR="00131338" w:rsidRPr="0007757B" w:rsidRDefault="00A01EFB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sz w:val="48"/>
          <w:szCs w:val="48"/>
          <w:lang w:eastAsia="ja-JP"/>
        </w:rPr>
      </w:pPr>
      <w:r w:rsidRPr="0007757B">
        <w:rPr>
          <w:rFonts w:ascii="HG創英角ﾎﾟｯﾌﾟ体" w:eastAsia="HG創英角ﾎﾟｯﾌﾟ体" w:hAnsi="HG創英角ﾎﾟｯﾌﾟ体" w:hint="eastAsia"/>
          <w:bCs/>
          <w:noProof/>
          <w:sz w:val="48"/>
          <w:szCs w:val="48"/>
          <w:lang w:eastAsia="ja-JP"/>
        </w:rPr>
        <w:t>ようこそ○○地区へ！</w:t>
      </w:r>
    </w:p>
    <w:p w14:paraId="22AB3E21" w14:textId="7E1D9961" w:rsidR="00A01EFB" w:rsidRPr="0007757B" w:rsidRDefault="00A01EFB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</w:p>
    <w:p w14:paraId="394329F8" w14:textId="61ED4FF2" w:rsidR="00A01EFB" w:rsidRPr="00A01EFB" w:rsidRDefault="00A01EFB" w:rsidP="00A01EFB">
      <w:pPr>
        <w:spacing w:after="240" w:line="240" w:lineRule="auto"/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</w:pPr>
      <w:r w:rsidRPr="00A01EFB"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  <w:t>○○自治会では、地域の安全や清掃活動、季節の行事などを通して、みんなが安心して暮らせる環境づくりをしています。</w:t>
      </w:r>
      <w:r w:rsidRPr="00A01EFB">
        <w:rPr>
          <w:rFonts w:ascii="HG創英角ﾎﾟｯﾌﾟ体" w:eastAsia="HG創英角ﾎﾟｯﾌﾟ体" w:hAnsi="HG創英角ﾎﾟｯﾌﾟ体"/>
          <w:sz w:val="28"/>
          <w:szCs w:val="28"/>
          <w:lang w:eastAsia="ja-JP"/>
        </w:rPr>
        <w:br/>
      </w:r>
    </w:p>
    <w:p w14:paraId="08022AB4" w14:textId="289B39A2" w:rsidR="00A01EFB" w:rsidRPr="00A01EFB" w:rsidRDefault="00A01EFB" w:rsidP="00A01EFB">
      <w:pPr>
        <w:spacing w:after="240" w:line="240" w:lineRule="auto"/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</w:pPr>
      <w:r w:rsidRPr="00A01EFB"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  <w:t>本日はお留守でしたので、ご案内をポストにお届けしました。</w:t>
      </w:r>
    </w:p>
    <w:p w14:paraId="13507DC8" w14:textId="430E1893" w:rsidR="00A01EFB" w:rsidRPr="00A01EFB" w:rsidRDefault="00A01EFB" w:rsidP="00A01EFB">
      <w:pPr>
        <w:spacing w:after="240" w:line="240" w:lineRule="auto"/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</w:pPr>
      <w:r w:rsidRPr="00A01EFB"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  <w:t>近いうちに改めてお伺いする予定です。お時間のあるときに、少しお話しできればうれしく思います。</w:t>
      </w:r>
      <w:r w:rsidRPr="00A01EFB">
        <w:rPr>
          <w:rFonts w:ascii="HG創英角ﾎﾟｯﾌﾟ体" w:eastAsia="HG創英角ﾎﾟｯﾌﾟ体" w:hAnsi="HG創英角ﾎﾟｯﾌﾟ体"/>
          <w:sz w:val="28"/>
          <w:szCs w:val="28"/>
          <w:lang w:eastAsia="ja-JP"/>
        </w:rPr>
        <w:br/>
      </w:r>
    </w:p>
    <w:p w14:paraId="358C48FB" w14:textId="0DABC70B" w:rsidR="00131338" w:rsidRPr="00A01EFB" w:rsidRDefault="00A01EFB" w:rsidP="00A01EFB">
      <w:pPr>
        <w:spacing w:after="240" w:line="240" w:lineRule="auto"/>
        <w:rPr>
          <w:rFonts w:ascii="HG創英角ﾎﾟｯﾌﾟ体" w:eastAsia="HG創英角ﾎﾟｯﾌﾟ体" w:hAnsi="HG創英角ﾎﾟｯﾌﾟ体"/>
          <w:sz w:val="28"/>
          <w:szCs w:val="28"/>
          <w:lang w:eastAsia="ja-JP"/>
        </w:rPr>
      </w:pPr>
      <w:r w:rsidRPr="00A01EFB"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  <w:t>今後ともどうぞよろしくお願いいたします。</w:t>
      </w:r>
    </w:p>
    <w:p w14:paraId="532B6F3A" w14:textId="66F6FED9" w:rsidR="00C67A16" w:rsidRPr="00A01EFB" w:rsidRDefault="0007757B" w:rsidP="00A01EFB">
      <w:pPr>
        <w:spacing w:after="240" w:line="240" w:lineRule="auto"/>
        <w:rPr>
          <w:rFonts w:ascii="HG創英角ﾎﾟｯﾌﾟ体" w:eastAsia="HG創英角ﾎﾟｯﾌﾟ体" w:hAnsi="HG創英角ﾎﾟｯﾌﾟ体" w:hint="eastAsia"/>
          <w:sz w:val="28"/>
          <w:szCs w:val="28"/>
          <w:lang w:eastAsia="ja-JP"/>
        </w:rPr>
      </w:pPr>
      <w:r w:rsidRPr="00A01EFB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1F42F1" wp14:editId="7CE6641D">
                <wp:simplePos x="0" y="0"/>
                <wp:positionH relativeFrom="margin">
                  <wp:posOffset>3189242</wp:posOffset>
                </wp:positionH>
                <wp:positionV relativeFrom="paragraph">
                  <wp:posOffset>207826</wp:posOffset>
                </wp:positionV>
                <wp:extent cx="2081711" cy="1737127"/>
                <wp:effectExtent l="38100" t="0" r="1397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711" cy="1737127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4D1F8" id="正方形/長方形 2" o:spid="_x0000_s1026" style="position:absolute;left:0;text-align:left;margin-left:251.1pt;margin-top:16.35pt;width:163.9pt;height:136.8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A01EFB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F51FED" wp14:editId="09008CBB">
                <wp:simplePos x="0" y="0"/>
                <wp:positionH relativeFrom="margin">
                  <wp:posOffset>97971</wp:posOffset>
                </wp:positionH>
                <wp:positionV relativeFrom="paragraph">
                  <wp:posOffset>306433</wp:posOffset>
                </wp:positionV>
                <wp:extent cx="2601686" cy="1540782"/>
                <wp:effectExtent l="0" t="0" r="27305" b="2159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686" cy="1540782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FDBB5" w14:textId="0C305DE8" w:rsidR="00A01EFB" w:rsidRPr="0007757B" w:rsidRDefault="00A01EFB" w:rsidP="0007757B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7757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  <w:t>＜</w:t>
                            </w:r>
                            <w:r w:rsidRPr="0007757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  <w:t>お問い合わせ先</w:t>
                            </w:r>
                            <w:r w:rsidRPr="0007757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  <w:t>＞</w:t>
                            </w:r>
                          </w:p>
                          <w:p w14:paraId="725C5BDC" w14:textId="77777777" w:rsidR="00A01EFB" w:rsidRPr="0007757B" w:rsidRDefault="00A01EFB" w:rsidP="0007757B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7757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  <w:t>○○自治会 事務局</w:t>
                            </w:r>
                          </w:p>
                          <w:p w14:paraId="50828ECA" w14:textId="5C3CEE19" w:rsidR="00C67A16" w:rsidRPr="0007757B" w:rsidRDefault="00A01EFB" w:rsidP="0007757B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7757B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TEL：000-0000-0000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6" style="position:absolute;margin-left:7.7pt;margin-top:24.15pt;width:204.85pt;height:121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" fillcolor="#f9fbfd" strokecolor="black [3213]" strokeweight="1.5pt">
                <v:textbox>
                  <w:txbxContent>
                    <w:p w14:paraId="03BFDBB5" w14:textId="0C305DE8" w:rsidR="00A01EFB" w:rsidRPr="0007757B" w:rsidRDefault="00A01EFB" w:rsidP="0007757B">
                      <w:pPr>
                        <w:tabs>
                          <w:tab w:val="left" w:pos="1843"/>
                        </w:tabs>
                        <w:spacing w:line="240" w:lineRule="auto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</w:pPr>
                      <w:r w:rsidRPr="0007757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  <w:t>＜</w:t>
                      </w:r>
                      <w:r w:rsidRPr="0007757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  <w:t>お問い合わせ先</w:t>
                      </w:r>
                      <w:r w:rsidRPr="0007757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  <w:t>＞</w:t>
                      </w:r>
                    </w:p>
                    <w:p w14:paraId="725C5BDC" w14:textId="77777777" w:rsidR="00A01EFB" w:rsidRPr="0007757B" w:rsidRDefault="00A01EFB" w:rsidP="0007757B">
                      <w:pPr>
                        <w:tabs>
                          <w:tab w:val="left" w:pos="1843"/>
                        </w:tabs>
                        <w:spacing w:line="240" w:lineRule="auto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</w:pPr>
                      <w:r w:rsidRPr="0007757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  <w:t>○○自治会 事務局</w:t>
                      </w:r>
                    </w:p>
                    <w:p w14:paraId="50828ECA" w14:textId="5C3CEE19" w:rsidR="00C67A16" w:rsidRPr="0007757B" w:rsidRDefault="00A01EFB" w:rsidP="0007757B">
                      <w:pPr>
                        <w:tabs>
                          <w:tab w:val="left" w:pos="1843"/>
                        </w:tabs>
                        <w:spacing w:line="240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sz w:val="24"/>
                          <w:szCs w:val="24"/>
                          <w:lang w:eastAsia="ja-JP"/>
                        </w:rPr>
                      </w:pPr>
                      <w:r w:rsidRPr="0007757B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z w:val="24"/>
                          <w:szCs w:val="24"/>
                        </w:rPr>
                        <w:t>TEL：000-0000-0000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67A16" w:rsidRPr="00A01EF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5F70C" w14:textId="77777777" w:rsidR="00056C1D" w:rsidRDefault="00056C1D" w:rsidP="00137D80">
      <w:pPr>
        <w:spacing w:after="0" w:line="240" w:lineRule="auto"/>
      </w:pPr>
      <w:r>
        <w:separator/>
      </w:r>
    </w:p>
  </w:endnote>
  <w:endnote w:type="continuationSeparator" w:id="0">
    <w:p w14:paraId="151219CC" w14:textId="77777777" w:rsidR="00056C1D" w:rsidRDefault="00056C1D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61F66" w14:textId="77777777" w:rsidR="00056C1D" w:rsidRDefault="00056C1D" w:rsidP="00137D80">
      <w:pPr>
        <w:spacing w:after="0" w:line="240" w:lineRule="auto"/>
      </w:pPr>
      <w:r>
        <w:separator/>
      </w:r>
    </w:p>
  </w:footnote>
  <w:footnote w:type="continuationSeparator" w:id="0">
    <w:p w14:paraId="708B45E5" w14:textId="77777777" w:rsidR="00056C1D" w:rsidRDefault="00056C1D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6C1D"/>
    <w:rsid w:val="0006063C"/>
    <w:rsid w:val="0007757B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01EFB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2025-10-12T06:56:00Z</dcterms:modified>
  <cp:category/>
</cp:coreProperties>
</file>