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577AE848" w:rsidR="00FC125E" w:rsidRPr="00BF64F1" w:rsidRDefault="00273576" w:rsidP="00FC125E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FCF45" wp14:editId="620C6DEB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299528BE" w:rsidR="00FC125E" w:rsidRPr="00BF64F1" w:rsidRDefault="004E1AE7" w:rsidP="00FC125E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1F42F1" wp14:editId="4B88935A">
                <wp:simplePos x="0" y="0"/>
                <wp:positionH relativeFrom="margin">
                  <wp:posOffset>2124075</wp:posOffset>
                </wp:positionH>
                <wp:positionV relativeFrom="paragraph">
                  <wp:posOffset>635</wp:posOffset>
                </wp:positionV>
                <wp:extent cx="1242060" cy="1242060"/>
                <wp:effectExtent l="19050" t="0" r="1524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2420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7E182" id="正方形/長方形 2" o:spid="_x0000_s1026" style="position:absolute;left:0;text-align:left;margin-left:167.25pt;margin-top:.05pt;width:97.8pt;height:97.8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5E7DCC55" w:rsidR="00FC125E" w:rsidRPr="00BF64F1" w:rsidRDefault="00FC125E" w:rsidP="00FC125E">
      <w:pPr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628C42C1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141AC0C2" w14:textId="781BE036" w:rsidR="00603F5E" w:rsidRPr="00137D80" w:rsidRDefault="00A42962" w:rsidP="00A42962">
      <w:pPr>
        <w:spacing w:after="240" w:line="360" w:lineRule="auto"/>
        <w:jc w:val="center"/>
        <w:rPr>
          <w:rFonts w:ascii="HG創英角ﾎﾟｯﾌﾟ体" w:eastAsia="HG創英角ﾎﾟｯﾌﾟ体" w:hAnsi="HG創英角ﾎﾟｯﾌﾟ体"/>
          <w:bCs/>
          <w:color w:val="0773A9"/>
          <w:sz w:val="52"/>
          <w:szCs w:val="52"/>
          <w:lang w:eastAsia="ja-JP"/>
        </w:rPr>
      </w:pPr>
      <w:r w:rsidRPr="00137D80"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2D1BA2D" wp14:editId="12100CAB">
                <wp:simplePos x="0" y="0"/>
                <wp:positionH relativeFrom="margin">
                  <wp:posOffset>552450</wp:posOffset>
                </wp:positionH>
                <wp:positionV relativeFrom="paragraph">
                  <wp:posOffset>417195</wp:posOffset>
                </wp:positionV>
                <wp:extent cx="4366260" cy="0"/>
                <wp:effectExtent l="38100" t="38100" r="53340" b="571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62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773A9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13C11D" id="直線コネクタ 1" o:spid="_x0000_s1026" style="position:absolute;left:0;text-align:left;z-index:251640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3.5pt,32.85pt" to="387.3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" strokecolor="#0773a9" strokeweight="1.5pt">
                <v:stroke startarrow="diamond" endarrow="diamond"/>
                <w10:wrap anchorx="margin"/>
              </v:line>
            </w:pict>
          </mc:Fallback>
        </mc:AlternateContent>
      </w:r>
      <w:r w:rsidR="00137D80" w:rsidRPr="00137D80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みんなで町をピカピカにしよう！</w:t>
      </w:r>
    </w:p>
    <w:p w14:paraId="18BF55E4" w14:textId="4B8E5043" w:rsidR="00137D80" w:rsidRPr="00137D80" w:rsidRDefault="00137D80" w:rsidP="00137D8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>
        <w:rPr>
          <w:rFonts w:ascii="HG創英角ﾎﾟｯﾌﾟ体" w:eastAsia="HG創英角ﾎﾟｯﾌﾟ体" w:hAnsi="HG創英角ﾎﾟｯﾌﾟ体"/>
          <w:lang w:eastAsia="ja-JP"/>
        </w:rPr>
        <w:br/>
      </w:r>
      <w:r w:rsidRPr="00137D80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いつも自治会活動にご協力いただきありがとうございます。</w:t>
      </w:r>
    </w:p>
    <w:p w14:paraId="0DB4467E" w14:textId="0E508E77" w:rsidR="00137D80" w:rsidRPr="00137D80" w:rsidRDefault="00137D80" w:rsidP="00137D80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137D80">
        <w:rPr>
          <w:rFonts w:ascii="HG創英角ﾎﾟｯﾌﾟ体" w:eastAsia="HG創英角ﾎﾟｯﾌﾟ体" w:hAnsi="HG創英角ﾎﾟｯﾌﾟ体" w:hint="eastAsia"/>
          <w:lang w:eastAsia="ja-JP"/>
        </w:rPr>
        <w:t>今年も、地域の清掃活動を下記のとおり行います！</w:t>
      </w:r>
    </w:p>
    <w:p w14:paraId="74225AD1" w14:textId="027F110F" w:rsidR="00C67A16" w:rsidRDefault="00137D80" w:rsidP="00137D80">
      <w:pPr>
        <w:spacing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137D80">
        <w:rPr>
          <w:rFonts w:ascii="HG創英角ﾎﾟｯﾌﾟ体" w:eastAsia="HG創英角ﾎﾟｯﾌﾟ体" w:hAnsi="HG創英角ﾎﾟｯﾌﾟ体" w:hint="eastAsia"/>
          <w:lang w:eastAsia="ja-JP"/>
        </w:rPr>
        <w:t>ご家族やお友だちと一緒に、楽しく町をきれいにしましょう。</w:t>
      </w:r>
    </w:p>
    <w:p w14:paraId="74EC3CAA" w14:textId="28757237" w:rsidR="0072531E" w:rsidRDefault="00137D80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F51FED" wp14:editId="183BE283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5562600" cy="1659890"/>
                <wp:effectExtent l="0" t="0" r="19050" b="1651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5989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698FA" w14:textId="502463D2" w:rsidR="00137D80" w:rsidRPr="00137D80" w:rsidRDefault="00137D80" w:rsidP="00137D80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日時：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〇月〇日（日）</w:t>
                            </w:r>
                            <w:r w:rsidRPr="00137D8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 xml:space="preserve"> </w:t>
                            </w: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午前９時〜１１時</w:t>
                            </w:r>
                          </w:p>
                          <w:p w14:paraId="1F07A642" w14:textId="066ED8A9" w:rsidR="00137D80" w:rsidRPr="00137D80" w:rsidRDefault="00137D80" w:rsidP="00137D80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集合場所：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〇〇公園前（雨天中止）</w:t>
                            </w:r>
                          </w:p>
                          <w:p w14:paraId="0381FA23" w14:textId="657A889C" w:rsidR="00137D80" w:rsidRPr="00137D80" w:rsidRDefault="00137D80" w:rsidP="00137D80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</w:pP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持ち物：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軍手・ちりとり・ごみ袋</w:t>
                            </w:r>
                          </w:p>
                          <w:p w14:paraId="50828ECA" w14:textId="1F164742" w:rsidR="00C67A16" w:rsidRPr="00C67A16" w:rsidRDefault="00137D80" w:rsidP="00137D80">
                            <w:pPr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</w:pP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服装：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lang w:eastAsia="ja-JP"/>
                              </w:rPr>
                              <w:tab/>
                            </w:r>
                            <w:r w:rsidRPr="00137D8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lang w:eastAsia="ja-JP"/>
                              </w:rPr>
                              <w:t>動きやすい格好でお越しください。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0;margin-top:21.25pt;width:438pt;height:130.7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" fillcolor="#f9fbfd" strokecolor="#0773a9" strokeweight="1.5pt">
                <v:textbox>
                  <w:txbxContent>
                    <w:p w14:paraId="746698FA" w14:textId="502463D2" w:rsidR="00137D80" w:rsidRPr="00137D80" w:rsidRDefault="00137D80" w:rsidP="00137D80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日時：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〇月〇日（日）</w:t>
                      </w:r>
                      <w:r w:rsidRPr="00137D8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 xml:space="preserve"> </w:t>
                      </w: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午前９時〜１１時</w:t>
                      </w:r>
                    </w:p>
                    <w:p w14:paraId="1F07A642" w14:textId="066ED8A9" w:rsidR="00137D80" w:rsidRPr="00137D80" w:rsidRDefault="00137D80" w:rsidP="00137D80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集合場所：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〇〇公園前（雨天中止）</w:t>
                      </w:r>
                    </w:p>
                    <w:p w14:paraId="0381FA23" w14:textId="657A889C" w:rsidR="00137D80" w:rsidRPr="00137D80" w:rsidRDefault="00137D80" w:rsidP="00137D80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</w:pP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持ち物：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軍手・ちりとり・ごみ袋</w:t>
                      </w:r>
                    </w:p>
                    <w:p w14:paraId="50828ECA" w14:textId="1F164742" w:rsidR="00C67A16" w:rsidRPr="00C67A16" w:rsidRDefault="00137D80" w:rsidP="00137D80">
                      <w:pPr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</w:pP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服装：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lang w:eastAsia="ja-JP"/>
                        </w:rPr>
                        <w:tab/>
                      </w:r>
                      <w:r w:rsidRPr="00137D8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lang w:eastAsia="ja-JP"/>
                        </w:rPr>
                        <w:t>動きやすい格好でお越しください。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784B18E6" w:rsidR="0072531E" w:rsidRDefault="004E1AE7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AB4F63" wp14:editId="5530FAC3">
                <wp:simplePos x="0" y="0"/>
                <wp:positionH relativeFrom="margin">
                  <wp:posOffset>4084320</wp:posOffset>
                </wp:positionH>
                <wp:positionV relativeFrom="paragraph">
                  <wp:posOffset>168250</wp:posOffset>
                </wp:positionV>
                <wp:extent cx="1066800" cy="1189379"/>
                <wp:effectExtent l="0" t="19050" r="0" b="488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189379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372FC" id="正方形/長方形 8" o:spid="_x0000_s1026" style="position:absolute;left:0;text-align:left;margin-left:321.6pt;margin-top:13.25pt;width:84pt;height:93.6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" stroked="f">
                <v:fill r:id="rId11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3D91B0E1" w14:textId="53E374EE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3D180717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67AF708D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36BB57A2" w14:textId="2326535E" w:rsidR="0072531E" w:rsidRPr="00BF64F1" w:rsidRDefault="0072531E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6EF6D3B6" w14:textId="5E7EB7D8" w:rsidR="00137D80" w:rsidRDefault="00137D80" w:rsidP="00137D80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1E3D0315" w14:textId="10984739" w:rsidR="00137D80" w:rsidRPr="00137D80" w:rsidRDefault="00137D80" w:rsidP="00137D80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137D80">
        <w:rPr>
          <w:rFonts w:ascii="HG創英角ﾎﾟｯﾌﾟ体" w:eastAsia="HG創英角ﾎﾟｯﾌﾟ体" w:hAnsi="HG創英角ﾎﾟｯﾌﾟ体" w:cs="ＭＳ 明朝" w:hint="eastAsia"/>
          <w:lang w:eastAsia="ja-JP"/>
        </w:rPr>
        <w:t>※作業のあとは冷たいお茶をご用意しています。</w:t>
      </w:r>
    </w:p>
    <w:p w14:paraId="2586B84B" w14:textId="25E1B2F7" w:rsidR="00F06AD0" w:rsidRDefault="00137D80" w:rsidP="00137D80">
      <w:pPr>
        <w:rPr>
          <w:rFonts w:ascii="HG創英角ﾎﾟｯﾌﾟ体" w:eastAsia="HG創英角ﾎﾟｯﾌﾟ体" w:hAnsi="HG創英角ﾎﾟｯﾌﾟ体"/>
          <w:lang w:eastAsia="ja-JP"/>
        </w:rPr>
      </w:pPr>
      <w:r w:rsidRPr="00137D80">
        <w:rPr>
          <w:rFonts w:ascii="HG創英角ﾎﾟｯﾌﾟ体" w:eastAsia="HG創英角ﾎﾟｯﾌﾟ体" w:hAnsi="HG創英角ﾎﾟｯﾌﾟ体" w:cs="ＭＳ 明朝" w:hint="eastAsia"/>
          <w:lang w:eastAsia="ja-JP"/>
        </w:rPr>
        <w:t>小さなお子さんの参加も大歓迎！安全に気をつけてご参加ください。</w:t>
      </w:r>
    </w:p>
    <w:p w14:paraId="49B10577" w14:textId="3F72A016" w:rsidR="0072531E" w:rsidRPr="00BF64F1" w:rsidRDefault="00470C49" w:rsidP="0072531E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E667E42" wp14:editId="37F5BC76">
                <wp:simplePos x="0" y="0"/>
                <wp:positionH relativeFrom="column">
                  <wp:posOffset>842010</wp:posOffset>
                </wp:positionH>
                <wp:positionV relativeFrom="paragraph">
                  <wp:posOffset>238125</wp:posOffset>
                </wp:positionV>
                <wp:extent cx="1810596" cy="1264285"/>
                <wp:effectExtent l="1905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596" cy="126428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CE1D9" id="正方形/長方形 5" o:spid="_x0000_s1026" style="position:absolute;left:0;text-align:left;margin-left:66.3pt;margin-top:18.75pt;width:142.55pt;height:99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</w:p>
    <w:bookmarkEnd w:id="1"/>
    <w:p w14:paraId="3C58E63E" w14:textId="23B0F032" w:rsidR="00F06AD0" w:rsidRDefault="00F06AD0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665830A4" w14:textId="69EFF4DE" w:rsidR="006A0418" w:rsidRDefault="006A041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0B1AEF56" w:rsidR="00603F5E" w:rsidRPr="00C67A16" w:rsidRDefault="00F06AD0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F1BA6" w14:textId="77777777" w:rsidR="002A2B5A" w:rsidRDefault="002A2B5A" w:rsidP="00137D80">
      <w:pPr>
        <w:spacing w:after="0" w:line="240" w:lineRule="auto"/>
      </w:pPr>
      <w:r>
        <w:separator/>
      </w:r>
    </w:p>
  </w:endnote>
  <w:endnote w:type="continuationSeparator" w:id="0">
    <w:p w14:paraId="4AD43D20" w14:textId="77777777" w:rsidR="002A2B5A" w:rsidRDefault="002A2B5A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AAB3" w14:textId="77777777" w:rsidR="002A2B5A" w:rsidRDefault="002A2B5A" w:rsidP="00137D80">
      <w:pPr>
        <w:spacing w:after="0" w:line="240" w:lineRule="auto"/>
      </w:pPr>
      <w:r>
        <w:separator/>
      </w:r>
    </w:p>
  </w:footnote>
  <w:footnote w:type="continuationSeparator" w:id="0">
    <w:p w14:paraId="6256B444" w14:textId="77777777" w:rsidR="002A2B5A" w:rsidRDefault="002A2B5A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7D80"/>
    <w:rsid w:val="0015074B"/>
    <w:rsid w:val="00273576"/>
    <w:rsid w:val="0029639D"/>
    <w:rsid w:val="002A2B5A"/>
    <w:rsid w:val="002D5B6B"/>
    <w:rsid w:val="00326F90"/>
    <w:rsid w:val="00371A53"/>
    <w:rsid w:val="00470C49"/>
    <w:rsid w:val="004E1AE7"/>
    <w:rsid w:val="005A326A"/>
    <w:rsid w:val="00603F5E"/>
    <w:rsid w:val="006A0418"/>
    <w:rsid w:val="00710426"/>
    <w:rsid w:val="0072531E"/>
    <w:rsid w:val="008B1B01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F06AD0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6</cp:revision>
  <cp:lastPrinted>2025-10-04T11:12:00Z</cp:lastPrinted>
  <dcterms:created xsi:type="dcterms:W3CDTF">2025-10-04T10:01:00Z</dcterms:created>
  <dcterms:modified xsi:type="dcterms:W3CDTF">2025-10-05T11:45:00Z</dcterms:modified>
  <cp:category/>
</cp:coreProperties>
</file>