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062153CC" w:rsidR="00FC125E" w:rsidRPr="00BF64F1" w:rsidRDefault="009B0990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F42F1" wp14:editId="4798793F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1465580" cy="1242060"/>
                <wp:effectExtent l="0" t="19050" r="39370" b="3429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12420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EAFEE" id="正方形/長方形 2" o:spid="_x0000_s1026" style="position:absolute;left:0;text-align:left;margin-left:0;margin-top:20.4pt;width:115.4pt;height:97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273576"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22DFFE09" w:rsidR="00FC125E" w:rsidRPr="00BF64F1" w:rsidRDefault="00FC125E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proofErr w:type="spellStart"/>
      <w:r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372710B4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  <w:lang w:eastAsia="ja-JP"/>
        </w:rPr>
      </w:pPr>
      <w:r w:rsidRPr="00BF64F1">
        <w:rPr>
          <w:rFonts w:ascii="HG創英角ﾎﾟｯﾌﾟ体" w:eastAsia="HG創英角ﾎﾟｯﾌﾟ体" w:hAnsi="HG創英角ﾎﾟｯﾌﾟ体"/>
          <w:lang w:eastAsia="ja-JP"/>
        </w:rPr>
        <w:t>○○自治会</w:t>
      </w:r>
      <w:r w:rsidRPr="00BF64F1">
        <w:rPr>
          <w:rFonts w:ascii="HG創英角ﾎﾟｯﾌﾟ体" w:eastAsia="HG創英角ﾎﾟｯﾌﾟ体" w:hAnsi="HG創英角ﾎﾟｯﾌﾟ体"/>
          <w:lang w:eastAsia="ja-JP"/>
        </w:rPr>
        <w:br/>
      </w:r>
      <w:r w:rsidR="00CD14D0" w:rsidRPr="00CD14D0">
        <w:rPr>
          <w:rFonts w:ascii="HG創英角ﾎﾟｯﾌﾟ体" w:eastAsia="HG創英角ﾎﾟｯﾌﾟ体" w:hAnsi="HG創英角ﾎﾟｯﾌﾟ体" w:hint="eastAsia"/>
          <w:lang w:eastAsia="ja-JP"/>
        </w:rPr>
        <w:t>子ども会</w:t>
      </w:r>
      <w:r w:rsidRPr="00BF64F1">
        <w:rPr>
          <w:rFonts w:ascii="HG創英角ﾎﾟｯﾌﾟ体" w:eastAsia="HG創英角ﾎﾟｯﾌﾟ体" w:hAnsi="HG創英角ﾎﾟｯﾌﾟ体"/>
          <w:lang w:eastAsia="ja-JP"/>
        </w:rPr>
        <w:t xml:space="preserve">　○○○○</w:t>
      </w:r>
    </w:p>
    <w:p w14:paraId="6F7BE38A" w14:textId="34C928C5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</w:p>
    <w:bookmarkEnd w:id="0"/>
    <w:p w14:paraId="3D4D140C" w14:textId="67C1F536" w:rsidR="00131338" w:rsidRDefault="00CD14D0" w:rsidP="00131338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</w:pPr>
      <w:r w:rsidRPr="00CD14D0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わくわく♪みんなで観よう「映画鑑賞会」</w:t>
      </w:r>
    </w:p>
    <w:p w14:paraId="174F12A4" w14:textId="77777777" w:rsidR="00CD14D0" w:rsidRPr="00CD14D0" w:rsidRDefault="00137D80" w:rsidP="00CD14D0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="00CD14D0" w:rsidRPr="00CD14D0">
        <w:rPr>
          <w:rFonts w:ascii="HG創英角ﾎﾟｯﾌﾟ体" w:eastAsia="HG創英角ﾎﾟｯﾌﾟ体" w:hAnsi="HG創英角ﾎﾟｯﾌﾟ体" w:hint="eastAsia"/>
          <w:lang w:eastAsia="ja-JP"/>
        </w:rPr>
        <w:t>いつも子ども会活動にご協力ありがとうございます！</w:t>
      </w:r>
    </w:p>
    <w:p w14:paraId="4F8AD27A" w14:textId="77777777" w:rsidR="00CD14D0" w:rsidRPr="00CD14D0" w:rsidRDefault="00CD14D0" w:rsidP="00CD14D0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CD14D0">
        <w:rPr>
          <w:rFonts w:ascii="HG創英角ﾎﾟｯﾌﾟ体" w:eastAsia="HG創英角ﾎﾟｯﾌﾟ体" w:hAnsi="HG創英角ﾎﾟｯﾌﾟ体" w:hint="eastAsia"/>
          <w:lang w:eastAsia="ja-JP"/>
        </w:rPr>
        <w:t>みんなで楽しめる映画を一緒に観ませんか？</w:t>
      </w:r>
    </w:p>
    <w:p w14:paraId="34D5E2CA" w14:textId="77777777" w:rsidR="00CD14D0" w:rsidRPr="00CD14D0" w:rsidRDefault="00CD14D0" w:rsidP="00CD14D0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CD14D0">
        <w:rPr>
          <w:rFonts w:ascii="HG創英角ﾎﾟｯﾌﾟ体" w:eastAsia="HG創英角ﾎﾟｯﾌﾟ体" w:hAnsi="HG創英角ﾎﾟｯﾌﾟ体" w:hint="eastAsia"/>
          <w:lang w:eastAsia="ja-JP"/>
        </w:rPr>
        <w:t>笑ったりドキドキしたり、家族みんなで楽しめる作品です♪</w:t>
      </w:r>
    </w:p>
    <w:p w14:paraId="358C48FB" w14:textId="02913F29" w:rsidR="00131338" w:rsidRDefault="00CD14D0" w:rsidP="00CD14D0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CD14D0">
        <w:rPr>
          <w:rFonts w:ascii="HG創英角ﾎﾟｯﾌﾟ体" w:eastAsia="HG創英角ﾎﾟｯﾌﾟ体" w:hAnsi="HG創英角ﾎﾟｯﾌﾟ体" w:hint="eastAsia"/>
          <w:lang w:eastAsia="ja-JP"/>
        </w:rPr>
        <w:t>お菓子や飲み物を持ってきてもOK！（ゴミはお持ち帰りください）</w:t>
      </w:r>
    </w:p>
    <w:p w14:paraId="1930B2FB" w14:textId="332383C7" w:rsidR="00CD14D0" w:rsidRDefault="00CD14D0" w:rsidP="00CD14D0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F51FED" wp14:editId="3D3E0CCA">
                <wp:simplePos x="0" y="0"/>
                <wp:positionH relativeFrom="margin">
                  <wp:posOffset>-47625</wp:posOffset>
                </wp:positionH>
                <wp:positionV relativeFrom="paragraph">
                  <wp:posOffset>229870</wp:posOffset>
                </wp:positionV>
                <wp:extent cx="5562600" cy="1920240"/>
                <wp:effectExtent l="0" t="0" r="19050" b="2286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92024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82CF4" w14:textId="0D176B59" w:rsidR="00CD14D0" w:rsidRPr="00CD14D0" w:rsidRDefault="00CD14D0" w:rsidP="00CD14D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220"/>
                                <w:fitText w:val="1100" w:id="-631965436"/>
                              </w:rPr>
                              <w:t>日時</w:t>
                            </w:r>
                            <w:proofErr w:type="spellEnd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1100" w:id="-631965436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ab/>
                            </w:r>
                            <w:proofErr w:type="spellStart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〇月〇日（〇</w:t>
                            </w:r>
                            <w:proofErr w:type="spellEnd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 xml:space="preserve">） </w:t>
                            </w:r>
                            <w:proofErr w:type="spellStart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午後〇時</w:t>
                            </w:r>
                            <w:proofErr w:type="spellEnd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～</w:t>
                            </w:r>
                          </w:p>
                          <w:p w14:paraId="43517949" w14:textId="567DF458" w:rsidR="00CD14D0" w:rsidRPr="00CD14D0" w:rsidRDefault="00CD14D0" w:rsidP="00CD14D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220"/>
                                <w:fitText w:val="1100" w:id="-631965437"/>
                                <w:lang w:eastAsia="ja-JP"/>
                              </w:rPr>
                              <w:t>会場</w:t>
                            </w:r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1100" w:id="-631965437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  <w:tab/>
                            </w:r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○○公民館ホール</w:t>
                            </w:r>
                          </w:p>
                          <w:p w14:paraId="27A6CE0C" w14:textId="3913CAF5" w:rsidR="00CD14D0" w:rsidRPr="00CD14D0" w:rsidRDefault="00CD14D0" w:rsidP="00CD14D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1100" w:id="-631965440"/>
                              </w:rPr>
                              <w:t>上映作品</w:t>
                            </w:r>
                            <w:proofErr w:type="spellEnd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1100" w:id="-631965440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ab/>
                            </w:r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「</w:t>
                            </w:r>
                            <w:proofErr w:type="spellStart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〇〇〇〇</w:t>
                            </w:r>
                            <w:proofErr w:type="spellEnd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」</w:t>
                            </w:r>
                          </w:p>
                          <w:p w14:paraId="453B64BF" w14:textId="475DDD90" w:rsidR="00CD14D0" w:rsidRPr="00CD14D0" w:rsidRDefault="00CD14D0" w:rsidP="00CD14D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73"/>
                                <w:fitText w:val="1100" w:id="-631965438"/>
                                <w:lang w:eastAsia="ja-JP"/>
                              </w:rPr>
                              <w:t>持ち物</w:t>
                            </w:r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2"/>
                                <w:fitText w:val="1100" w:id="-631965438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  <w:tab/>
                            </w:r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飲み物・敷物・うちわ</w:t>
                            </w:r>
                          </w:p>
                          <w:p w14:paraId="50828ECA" w14:textId="7709BEDE" w:rsidR="00C67A16" w:rsidRPr="00131338" w:rsidRDefault="00CD14D0" w:rsidP="00CD14D0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</w:pPr>
                            <w:proofErr w:type="spellStart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73"/>
                                <w:fitText w:val="1100" w:id="-631965439"/>
                              </w:rPr>
                              <w:t>参加費</w:t>
                            </w:r>
                            <w:proofErr w:type="spellEnd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2"/>
                                <w:fitText w:val="1100" w:id="-631965439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ab/>
                            </w:r>
                            <w:proofErr w:type="spellStart"/>
                            <w:r w:rsidRPr="00CD14D0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無料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-3.75pt;margin-top:18.1pt;width:438pt;height:151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" fillcolor="#f9fbfd" strokecolor="#0773a9" strokeweight="1.5pt">
                <v:textbox>
                  <w:txbxContent>
                    <w:p w14:paraId="7F282CF4" w14:textId="0D176B59" w:rsidR="00CD14D0" w:rsidRPr="00CD14D0" w:rsidRDefault="00CD14D0" w:rsidP="00CD14D0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</w:pPr>
                      <w:proofErr w:type="spellStart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220"/>
                          <w:fitText w:val="1100" w:id="-631965436"/>
                        </w:rPr>
                        <w:t>日時</w:t>
                      </w:r>
                      <w:proofErr w:type="spellEnd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1100" w:id="-631965436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ab/>
                      </w:r>
                      <w:proofErr w:type="spellStart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〇月〇日（〇</w:t>
                      </w:r>
                      <w:proofErr w:type="spellEnd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 xml:space="preserve">） </w:t>
                      </w:r>
                      <w:proofErr w:type="spellStart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午後〇時</w:t>
                      </w:r>
                      <w:proofErr w:type="spellEnd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～</w:t>
                      </w:r>
                    </w:p>
                    <w:p w14:paraId="43517949" w14:textId="567DF458" w:rsidR="00CD14D0" w:rsidRPr="00CD14D0" w:rsidRDefault="00CD14D0" w:rsidP="00CD14D0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220"/>
                          <w:fitText w:val="1100" w:id="-631965437"/>
                          <w:lang w:eastAsia="ja-JP"/>
                        </w:rPr>
                        <w:t>会場</w:t>
                      </w:r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1100" w:id="-631965437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  <w:tab/>
                      </w:r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○○公民館ホール</w:t>
                      </w:r>
                    </w:p>
                    <w:p w14:paraId="27A6CE0C" w14:textId="3913CAF5" w:rsidR="00CD14D0" w:rsidRPr="00CD14D0" w:rsidRDefault="00CD14D0" w:rsidP="00CD14D0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</w:pPr>
                      <w:proofErr w:type="spellStart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1100" w:id="-631965440"/>
                        </w:rPr>
                        <w:t>上映作品</w:t>
                      </w:r>
                      <w:proofErr w:type="spellEnd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1100" w:id="-631965440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ab/>
                      </w:r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「</w:t>
                      </w:r>
                      <w:proofErr w:type="spellStart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〇〇〇〇</w:t>
                      </w:r>
                      <w:proofErr w:type="spellEnd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」</w:t>
                      </w:r>
                    </w:p>
                    <w:p w14:paraId="453B64BF" w14:textId="475DDD90" w:rsidR="00CD14D0" w:rsidRPr="00CD14D0" w:rsidRDefault="00CD14D0" w:rsidP="00CD14D0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73"/>
                          <w:fitText w:val="1100" w:id="-631965438"/>
                          <w:lang w:eastAsia="ja-JP"/>
                        </w:rPr>
                        <w:t>持ち物</w:t>
                      </w:r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2"/>
                          <w:fitText w:val="1100" w:id="-631965438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  <w:tab/>
                      </w:r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飲み物・敷物・うちわ</w:t>
                      </w:r>
                    </w:p>
                    <w:p w14:paraId="50828ECA" w14:textId="7709BEDE" w:rsidR="00C67A16" w:rsidRPr="00131338" w:rsidRDefault="00CD14D0" w:rsidP="00CD14D0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</w:pPr>
                      <w:proofErr w:type="spellStart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73"/>
                          <w:fitText w:val="1100" w:id="-631965439"/>
                        </w:rPr>
                        <w:t>参加費</w:t>
                      </w:r>
                      <w:proofErr w:type="spellEnd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2"/>
                          <w:fitText w:val="1100" w:id="-631965439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ab/>
                      </w:r>
                      <w:proofErr w:type="spellStart"/>
                      <w:r w:rsidRPr="00CD14D0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無料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EC3CAA" w14:textId="7483326C" w:rsidR="0072531E" w:rsidRDefault="009B0990" w:rsidP="00131338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67E42" wp14:editId="2FF61895">
                <wp:simplePos x="0" y="0"/>
                <wp:positionH relativeFrom="column">
                  <wp:posOffset>3764280</wp:posOffset>
                </wp:positionH>
                <wp:positionV relativeFrom="paragraph">
                  <wp:posOffset>63500</wp:posOffset>
                </wp:positionV>
                <wp:extent cx="1253490" cy="1569720"/>
                <wp:effectExtent l="0" t="19050" r="0" b="6858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156972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A052B" id="正方形/長方形 5" o:spid="_x0000_s1026" style="position:absolute;left:0;text-align:left;margin-left:296.4pt;margin-top:5pt;width:98.7pt;height:1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" stroked="f">
                <v:fill r:id="rId11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254DDE1F" w14:textId="4E310AFD" w:rsidR="0072531E" w:rsidRDefault="0072531E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740E87F4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6C827FBE" w14:textId="77777777" w:rsidR="00CD14D0" w:rsidRDefault="00CD14D0" w:rsidP="00F06AD0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</w:p>
    <w:p w14:paraId="6C0069EB" w14:textId="77777777" w:rsidR="00CD14D0" w:rsidRDefault="00CD14D0" w:rsidP="00CD14D0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  <w:r w:rsidRPr="00CD14D0">
        <w:rPr>
          <w:rFonts w:ascii="HG創英角ﾎﾟｯﾌﾟ体" w:eastAsia="HG創英角ﾎﾟｯﾌﾟ体" w:hAnsi="HG創英角ﾎﾟｯﾌﾟ体" w:cs="ＭＳ 明朝" w:hint="eastAsia"/>
          <w:lang w:eastAsia="ja-JP"/>
        </w:rPr>
        <w:t>※小さなお子さんの参加は保護者同伴でお願いします。</w:t>
      </w:r>
      <w:r>
        <w:rPr>
          <w:rFonts w:ascii="HG創英角ﾎﾟｯﾌﾟ体" w:eastAsia="HG創英角ﾎﾟｯﾌﾟ体" w:hAnsi="HG創英角ﾎﾟｯﾌﾟ体" w:cs="ＭＳ 明朝"/>
          <w:lang w:eastAsia="ja-JP"/>
        </w:rPr>
        <w:br/>
      </w:r>
      <w:r w:rsidRPr="00CD14D0">
        <w:rPr>
          <w:rFonts w:ascii="HG創英角ﾎﾟｯﾌﾟ体" w:eastAsia="HG創英角ﾎﾟｯﾌﾟ体" w:hAnsi="HG創英角ﾎﾟｯﾌﾟ体" w:cs="ＭＳ 明朝" w:hint="eastAsia"/>
          <w:lang w:eastAsia="ja-JP"/>
        </w:rPr>
        <w:t>※会場では走ったり騒いだりしないようご協力ください。</w:t>
      </w:r>
    </w:p>
    <w:p w14:paraId="587C728E" w14:textId="2B3A05E2" w:rsidR="00131338" w:rsidRPr="00CD14D0" w:rsidRDefault="00CD14D0" w:rsidP="00CD14D0">
      <w:pPr>
        <w:rPr>
          <w:rFonts w:ascii="HG創英角ﾎﾟｯﾌﾟ体" w:eastAsia="HG創英角ﾎﾟｯﾌﾟ体" w:hAnsi="HG創英角ﾎﾟｯﾌﾟ体" w:cs="ＭＳ 明朝"/>
          <w:lang w:eastAsia="ja-JP"/>
        </w:rPr>
      </w:pPr>
      <w:r w:rsidRPr="00CD14D0">
        <w:rPr>
          <w:rFonts w:ascii="HG創英角ﾎﾟｯﾌﾟ体" w:eastAsia="HG創英角ﾎﾟｯﾌﾟ体" w:hAnsi="HG創英角ﾎﾟｯﾌﾟ体" w:cs="ＭＳ 明朝" w:hint="eastAsia"/>
          <w:lang w:eastAsia="ja-JP"/>
        </w:rPr>
        <w:t>みんなの笑顔が集まる楽しい時間になりますように♪</w:t>
      </w:r>
    </w:p>
    <w:bookmarkEnd w:id="1"/>
    <w:p w14:paraId="3C58E63E" w14:textId="5C417171" w:rsidR="00F06AD0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4895A2" wp14:editId="0B49E897">
                <wp:simplePos x="0" y="0"/>
                <wp:positionH relativeFrom="column">
                  <wp:posOffset>922020</wp:posOffset>
                </wp:positionH>
                <wp:positionV relativeFrom="paragraph">
                  <wp:posOffset>16510</wp:posOffset>
                </wp:positionV>
                <wp:extent cx="1844040" cy="1424940"/>
                <wp:effectExtent l="19050" t="0" r="41910" b="4191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42494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5FB2A8" id="正方形/長方形 6" o:spid="_x0000_s1026" style="position:absolute;left:0;text-align:left;margin-left:72.6pt;margin-top:1.3pt;width:145.2pt;height:112.2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7C7E389D" w14:textId="2D6CA3C0" w:rsidR="00583F95" w:rsidRDefault="009B0990" w:rsidP="00F06AD0">
      <w:pPr>
        <w:jc w:val="right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</w:p>
    <w:p w14:paraId="14CDA80A" w14:textId="1D1DAF8E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</w:r>
      <w:bookmarkEnd w:id="2"/>
      <w:r w:rsidR="009B0990" w:rsidRPr="009B0990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子ども会担当　000-0000-0000</w:t>
      </w:r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F3CB7" w14:textId="77777777" w:rsidR="004E089C" w:rsidRDefault="004E089C" w:rsidP="00137D80">
      <w:pPr>
        <w:spacing w:after="0" w:line="240" w:lineRule="auto"/>
      </w:pPr>
      <w:r>
        <w:separator/>
      </w:r>
    </w:p>
  </w:endnote>
  <w:endnote w:type="continuationSeparator" w:id="0">
    <w:p w14:paraId="10BDE6B3" w14:textId="77777777" w:rsidR="004E089C" w:rsidRDefault="004E089C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E5B5A" w14:textId="77777777" w:rsidR="004E089C" w:rsidRDefault="004E089C" w:rsidP="00137D80">
      <w:pPr>
        <w:spacing w:after="0" w:line="240" w:lineRule="auto"/>
      </w:pPr>
      <w:r>
        <w:separator/>
      </w:r>
    </w:p>
  </w:footnote>
  <w:footnote w:type="continuationSeparator" w:id="0">
    <w:p w14:paraId="6242F382" w14:textId="77777777" w:rsidR="004E089C" w:rsidRDefault="004E089C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5B66"/>
    <w:rsid w:val="00131338"/>
    <w:rsid w:val="00137D80"/>
    <w:rsid w:val="0015074B"/>
    <w:rsid w:val="00273576"/>
    <w:rsid w:val="0029639D"/>
    <w:rsid w:val="002A2B5A"/>
    <w:rsid w:val="002D5B6B"/>
    <w:rsid w:val="00326F90"/>
    <w:rsid w:val="00371A53"/>
    <w:rsid w:val="003E015C"/>
    <w:rsid w:val="00470C49"/>
    <w:rsid w:val="004E089C"/>
    <w:rsid w:val="004E1AE7"/>
    <w:rsid w:val="00583338"/>
    <w:rsid w:val="00583F95"/>
    <w:rsid w:val="005A326A"/>
    <w:rsid w:val="00603263"/>
    <w:rsid w:val="00603F5E"/>
    <w:rsid w:val="006A0418"/>
    <w:rsid w:val="00710426"/>
    <w:rsid w:val="0072531E"/>
    <w:rsid w:val="008B1B01"/>
    <w:rsid w:val="00906582"/>
    <w:rsid w:val="009164FC"/>
    <w:rsid w:val="009B0990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CD14D0"/>
    <w:rsid w:val="00D80B62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2</cp:revision>
  <cp:lastPrinted>2025-10-10T11:02:00Z</cp:lastPrinted>
  <dcterms:created xsi:type="dcterms:W3CDTF">2025-10-10T11:06:00Z</dcterms:created>
  <dcterms:modified xsi:type="dcterms:W3CDTF">2025-10-10T11:06:00Z</dcterms:modified>
  <cp:category/>
</cp:coreProperties>
</file>