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CC9E" w14:textId="577AE848" w:rsidR="00FC125E" w:rsidRPr="00BF64F1" w:rsidRDefault="00273576" w:rsidP="00FC125E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bookmarkStart w:id="0" w:name="_Hlk210492016"/>
      <w:r w:rsidRPr="00BF64F1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F4FCF45" wp14:editId="620C6DEB">
                <wp:simplePos x="0" y="0"/>
                <wp:positionH relativeFrom="margin">
                  <wp:align>center</wp:align>
                </wp:positionH>
                <wp:positionV relativeFrom="paragraph">
                  <wp:posOffset>-319405</wp:posOffset>
                </wp:positionV>
                <wp:extent cx="1260000" cy="504000"/>
                <wp:effectExtent l="19050" t="19050" r="16510" b="1079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0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D5933" w14:textId="04FD2DF7" w:rsidR="00FC125E" w:rsidRPr="00273576" w:rsidRDefault="00FC125E" w:rsidP="00FC125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273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>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FCF45" id="四角形: 角を丸くする 4" o:spid="_x0000_s1026" style="position:absolute;left:0;text-align:left;margin-left:0;margin-top:-25.15pt;width:99.2pt;height:39.7pt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" fillcolor="white [3212]" strokecolor="red" strokeweight="2.25pt">
                <v:textbox>
                  <w:txbxContent>
                    <w:p w14:paraId="7B5D5933" w14:textId="04FD2DF7" w:rsidR="00FC125E" w:rsidRPr="00273576" w:rsidRDefault="00FC125E" w:rsidP="00FC125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4"/>
                          <w:lang w:eastAsia="ja-JP"/>
                        </w:rPr>
                      </w:pPr>
                      <w:r w:rsidRPr="0027357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  <w:lang w:eastAsia="ja-JP"/>
                        </w:rPr>
                        <w:t>回覧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令和〇年〇月〇日</w:t>
      </w:r>
      <w:proofErr w:type="spellEnd"/>
    </w:p>
    <w:p w14:paraId="7B428171" w14:textId="7F385748" w:rsidR="00FC125E" w:rsidRPr="00BF64F1" w:rsidRDefault="00F829F1" w:rsidP="00FC125E">
      <w:pPr>
        <w:spacing w:line="240" w:lineRule="auto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1F42F1" wp14:editId="4B51860B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1573530" cy="1242060"/>
                <wp:effectExtent l="38100" t="0" r="45720" b="3429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24206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607BC" id="正方形/長方形 2" o:spid="_x0000_s1026" style="position:absolute;left:0;text-align:left;margin-left:0;margin-top:.5pt;width:123.9pt;height:97.8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" stroked="f">
                <v:fill r:id="rId9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300596" w:rsidRPr="00300596">
        <w:rPr>
          <w:rFonts w:ascii="HG創英角ﾎﾟｯﾌﾟ体" w:eastAsia="HG創英角ﾎﾟｯﾌﾟ体" w:hAnsi="HG創英角ﾎﾟｯﾌﾟ体" w:hint="eastAsia"/>
          <w:noProof/>
        </w:rPr>
        <w:t>会員のみなさまへ</w:t>
      </w:r>
    </w:p>
    <w:p w14:paraId="416CC729" w14:textId="5EDA0D6D" w:rsidR="00FC125E" w:rsidRPr="00BF64F1" w:rsidRDefault="00FC125E" w:rsidP="00FC125E">
      <w:pPr>
        <w:jc w:val="right"/>
        <w:rPr>
          <w:rFonts w:ascii="HG創英角ﾎﾟｯﾌﾟ体" w:eastAsia="HG創英角ﾎﾟｯﾌﾟ体" w:hAnsi="HG創英角ﾎﾟｯﾌﾟ体"/>
        </w:rPr>
      </w:pPr>
      <w:r w:rsidRPr="00BF64F1">
        <w:rPr>
          <w:rFonts w:ascii="HG創英角ﾎﾟｯﾌﾟ体" w:eastAsia="HG創英角ﾎﾟｯﾌﾟ体" w:hAnsi="HG創英角ﾎﾟｯﾌﾟ体"/>
        </w:rPr>
        <w:t>○○</w:t>
      </w:r>
      <w:proofErr w:type="spellStart"/>
      <w:r w:rsidRPr="00BF64F1">
        <w:rPr>
          <w:rFonts w:ascii="HG創英角ﾎﾟｯﾌﾟ体" w:eastAsia="HG創英角ﾎﾟｯﾌﾟ体" w:hAnsi="HG創英角ﾎﾟｯﾌﾟ体"/>
        </w:rPr>
        <w:t>自治会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br/>
      </w:r>
      <w:proofErr w:type="spellStart"/>
      <w:r w:rsidRPr="00BF64F1">
        <w:rPr>
          <w:rFonts w:ascii="HG創英角ﾎﾟｯﾌﾟ体" w:eastAsia="HG創英角ﾎﾟｯﾌﾟ体" w:hAnsi="HG創英角ﾎﾟｯﾌﾟ体"/>
        </w:rPr>
        <w:t>会長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t xml:space="preserve">　○○○○</w:t>
      </w:r>
    </w:p>
    <w:p w14:paraId="6F7BE38A" w14:textId="34C928C5" w:rsidR="00F06AD0" w:rsidRPr="00BF64F1" w:rsidRDefault="00137D80" w:rsidP="00FC125E">
      <w:pPr>
        <w:jc w:val="right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</w:rPr>
        <w:br/>
      </w:r>
    </w:p>
    <w:bookmarkEnd w:id="0"/>
    <w:p w14:paraId="1EA7711A" w14:textId="5F3FB566" w:rsidR="00300596" w:rsidRDefault="00300596" w:rsidP="00300596">
      <w:pPr>
        <w:spacing w:after="240" w:line="240" w:lineRule="auto"/>
        <w:jc w:val="center"/>
        <w:rPr>
          <w:rFonts w:ascii="HG創英角ﾎﾟｯﾌﾟ体" w:eastAsia="HG創英角ﾎﾟｯﾌﾟ体" w:hAnsi="HG創英角ﾎﾟｯﾌﾟ体"/>
          <w:bCs/>
          <w:noProof/>
          <w:color w:val="0773A9"/>
          <w:sz w:val="44"/>
          <w:szCs w:val="44"/>
          <w:lang w:eastAsia="ja-JP"/>
        </w:rPr>
      </w:pPr>
      <w:r w:rsidRPr="00300596">
        <w:rPr>
          <w:rFonts w:ascii="HG創英角ﾎﾟｯﾌﾟ体" w:eastAsia="HG創英角ﾎﾟｯﾌﾟ体" w:hAnsi="HG創英角ﾎﾟｯﾌﾟ体" w:hint="eastAsia"/>
          <w:bCs/>
          <w:noProof/>
          <w:color w:val="0773A9"/>
          <w:sz w:val="44"/>
          <w:szCs w:val="44"/>
          <w:lang w:eastAsia="ja-JP"/>
        </w:rPr>
        <w:t>年末年始のお知らせ</w:t>
      </w:r>
    </w:p>
    <w:p w14:paraId="09ABDF8C" w14:textId="08257662" w:rsidR="00300596" w:rsidRPr="00300596" w:rsidRDefault="00137D80" w:rsidP="00300596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>
        <w:rPr>
          <w:rFonts w:ascii="HG創英角ﾎﾟｯﾌﾟ体" w:eastAsia="HG創英角ﾎﾟｯﾌﾟ体" w:hAnsi="HG創英角ﾎﾟｯﾌﾟ体"/>
          <w:lang w:eastAsia="ja-JP"/>
        </w:rPr>
        <w:br/>
      </w:r>
      <w:r w:rsidR="00300596" w:rsidRPr="00300596">
        <w:rPr>
          <w:rFonts w:ascii="HG創英角ﾎﾟｯﾌﾟ体" w:eastAsia="HG創英角ﾎﾟｯﾌﾟ体" w:hAnsi="HG創英角ﾎﾟｯﾌﾟ体" w:hint="eastAsia"/>
          <w:lang w:eastAsia="ja-JP"/>
        </w:rPr>
        <w:t>いつも自治会活動にご協力いただきありがとうございます。</w:t>
      </w:r>
      <w:r w:rsidR="00300596">
        <w:rPr>
          <w:rFonts w:ascii="HG創英角ﾎﾟｯﾌﾟ体" w:eastAsia="HG創英角ﾎﾟｯﾌﾟ体" w:hAnsi="HG創英角ﾎﾟｯﾌﾟ体"/>
          <w:lang w:eastAsia="ja-JP"/>
        </w:rPr>
        <w:br/>
      </w:r>
    </w:p>
    <w:p w14:paraId="21ABA127" w14:textId="320F4391" w:rsidR="00300596" w:rsidRPr="00300596" w:rsidRDefault="00300596" w:rsidP="00300596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300596">
        <w:rPr>
          <w:rFonts w:ascii="HG創英角ﾎﾟｯﾌﾟ体" w:eastAsia="HG創英角ﾎﾟｯﾌﾟ体" w:hAnsi="HG創英角ﾎﾟｯﾌﾟ体" w:hint="eastAsia"/>
          <w:lang w:eastAsia="ja-JP"/>
        </w:rPr>
        <w:t>いよいよ今年も残りわずかになりました！</w:t>
      </w:r>
    </w:p>
    <w:p w14:paraId="794FEF03" w14:textId="77777777" w:rsidR="00300596" w:rsidRPr="00300596" w:rsidRDefault="00300596" w:rsidP="00300596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300596">
        <w:rPr>
          <w:rFonts w:ascii="HG創英角ﾎﾟｯﾌﾟ体" w:eastAsia="HG創英角ﾎﾟｯﾌﾟ体" w:hAnsi="HG創英角ﾎﾟｯﾌﾟ体" w:hint="eastAsia"/>
          <w:lang w:eastAsia="ja-JP"/>
        </w:rPr>
        <w:t>今年も、行事や清掃などにご参加くださった皆さま、本当にありがとうございました。</w:t>
      </w:r>
    </w:p>
    <w:p w14:paraId="0A91367C" w14:textId="77777777" w:rsidR="00300596" w:rsidRPr="00300596" w:rsidRDefault="00300596" w:rsidP="00300596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300596">
        <w:rPr>
          <w:rFonts w:ascii="HG創英角ﾎﾟｯﾌﾟ体" w:eastAsia="HG創英角ﾎﾟｯﾌﾟ体" w:hAnsi="HG創英角ﾎﾟｯﾌﾟ体" w:hint="eastAsia"/>
          <w:lang w:eastAsia="ja-JP"/>
        </w:rPr>
        <w:t>おかげさまで、地域のみんなで気持ちのよい一年を過ごすことができました。</w:t>
      </w:r>
    </w:p>
    <w:p w14:paraId="67B5D5D4" w14:textId="3D9AFFC9" w:rsidR="00300596" w:rsidRDefault="00300596" w:rsidP="00300596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  <w:r w:rsidRPr="00300596">
        <w:rPr>
          <w:rFonts w:ascii="HG創英角ﾎﾟｯﾌﾟ体" w:eastAsia="HG創英角ﾎﾟｯﾌﾟ体" w:hAnsi="HG創英角ﾎﾟｯﾌﾟ体" w:hint="eastAsia"/>
          <w:lang w:eastAsia="ja-JP"/>
        </w:rPr>
        <w:t>来年も笑顔あふれるまちづくりを目指して、どうぞよろしくお願いいたします。</w:t>
      </w:r>
    </w:p>
    <w:p w14:paraId="7E538706" w14:textId="77777777" w:rsidR="00D56D6D" w:rsidRPr="00300596" w:rsidRDefault="00D56D6D" w:rsidP="00300596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</w:p>
    <w:p w14:paraId="74225AD1" w14:textId="45D9186E" w:rsidR="00C67A16" w:rsidRDefault="00300596" w:rsidP="00300596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  <w:r w:rsidRPr="00300596">
        <w:rPr>
          <w:rFonts w:ascii="HG創英角ﾎﾟｯﾌﾟ体" w:eastAsia="HG創英角ﾎﾟｯﾌﾟ体" w:hAnsi="HG創英角ﾎﾟｯﾌﾟ体" w:hint="eastAsia"/>
          <w:lang w:eastAsia="ja-JP"/>
        </w:rPr>
        <w:t>年末年始のごみ収集や事務局のお休み、行事予定は下記のとおりです。</w:t>
      </w:r>
    </w:p>
    <w:p w14:paraId="254DDE1F" w14:textId="1CC387DD" w:rsidR="0072531E" w:rsidRDefault="00300596" w:rsidP="00F06AD0">
      <w:pPr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7F51FED" wp14:editId="40448E65">
                <wp:simplePos x="0" y="0"/>
                <wp:positionH relativeFrom="margin">
                  <wp:align>center</wp:align>
                </wp:positionH>
                <wp:positionV relativeFrom="paragraph">
                  <wp:posOffset>94615</wp:posOffset>
                </wp:positionV>
                <wp:extent cx="5562600" cy="1647825"/>
                <wp:effectExtent l="0" t="0" r="19050" b="28575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647825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solidFill>
                          <a:srgbClr val="F9FBFD"/>
                        </a:solidFill>
                        <a:ln w="19050">
                          <a:solidFill>
                            <a:srgbClr val="0773A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BAB64B" w14:textId="61ABFBBB" w:rsidR="00300596" w:rsidRPr="00300596" w:rsidRDefault="00300596" w:rsidP="00300596">
                            <w:pPr>
                              <w:tabs>
                                <w:tab w:val="left" w:pos="1560"/>
                              </w:tabs>
                              <w:spacing w:line="240" w:lineRule="auto"/>
                              <w:ind w:leftChars="64" w:left="141"/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</w:pPr>
                            <w:r w:rsidRPr="0030059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pacing w:val="55"/>
                                <w:fitText w:val="1320" w:id="-633001215"/>
                                <w:lang w:eastAsia="ja-JP"/>
                              </w:rPr>
                              <w:t>ごみ収集</w:t>
                            </w:r>
                            <w:r w:rsidRPr="0030059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fitText w:val="1320" w:id="-633001215"/>
                                <w:lang w:eastAsia="ja-JP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 w:rsidRPr="0030059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12月28日（土）まで　※年始は1月4日（土）からスタート！</w:t>
                            </w:r>
                          </w:p>
                          <w:p w14:paraId="542BF5F1" w14:textId="79BEF937" w:rsidR="00300596" w:rsidRPr="00300596" w:rsidRDefault="00300596" w:rsidP="00300596">
                            <w:pPr>
                              <w:tabs>
                                <w:tab w:val="left" w:pos="1560"/>
                              </w:tabs>
                              <w:spacing w:line="240" w:lineRule="auto"/>
                              <w:ind w:leftChars="64" w:left="141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</w:pPr>
                            <w:r w:rsidRPr="0030059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fitText w:val="1320" w:id="-633001216"/>
                                <w:lang w:eastAsia="ja-JP"/>
                              </w:rPr>
                              <w:t>事務局休業：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 w:rsidRPr="0030059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12月29日（日）～1月3日（金）</w:t>
                            </w:r>
                          </w:p>
                          <w:p w14:paraId="17D6D047" w14:textId="75331EE7" w:rsidR="00300596" w:rsidRPr="00300596" w:rsidRDefault="00300596" w:rsidP="00300596">
                            <w:pPr>
                              <w:tabs>
                                <w:tab w:val="left" w:pos="1560"/>
                              </w:tabs>
                              <w:spacing w:line="240" w:lineRule="auto"/>
                              <w:ind w:leftChars="64" w:left="141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</w:pPr>
                            <w:r w:rsidRPr="0030059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pacing w:val="55"/>
                                <w:fitText w:val="1320" w:id="-633001214"/>
                                <w:lang w:eastAsia="ja-JP"/>
                              </w:rPr>
                              <w:t>年始行事</w:t>
                            </w:r>
                            <w:r w:rsidRPr="0030059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fitText w:val="1320" w:id="-633001214"/>
                                <w:lang w:eastAsia="ja-JP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 w:rsidRPr="0030059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1月7日（火）10時～　新年もちつき大会（○○公園）</w:t>
                            </w:r>
                          </w:p>
                          <w:p w14:paraId="50828ECA" w14:textId="319BC51D" w:rsidR="00C67A16" w:rsidRPr="00C67A16" w:rsidRDefault="00300596" w:rsidP="00300596">
                            <w:pPr>
                              <w:tabs>
                                <w:tab w:val="left" w:pos="1560"/>
                              </w:tabs>
                              <w:spacing w:line="240" w:lineRule="auto"/>
                              <w:ind w:leftChars="64" w:left="141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</w:pPr>
                            <w:r w:rsidRPr="0030059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pacing w:val="330"/>
                                <w:fitText w:val="1320" w:id="-633001213"/>
                                <w:lang w:eastAsia="ja-JP"/>
                              </w:rPr>
                              <w:t>備考</w:t>
                            </w:r>
                            <w:r w:rsidRPr="0030059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fitText w:val="1320" w:id="-633001213"/>
                                <w:lang w:eastAsia="ja-JP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 w:rsidRPr="0030059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お休みの間も、緊急のときは班長・会長までご連絡ください。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51FED" id="四角形: 角を丸くする 7" o:spid="_x0000_s1027" style="position:absolute;margin-left:0;margin-top:7.45pt;width:438pt;height:129.75pt;z-index: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" fillcolor="#f9fbfd" strokecolor="#0773a9" strokeweight="1.5pt">
                <v:textbox>
                  <w:txbxContent>
                    <w:p w14:paraId="43BAB64B" w14:textId="61ABFBBB" w:rsidR="00300596" w:rsidRPr="00300596" w:rsidRDefault="00300596" w:rsidP="00300596">
                      <w:pPr>
                        <w:tabs>
                          <w:tab w:val="left" w:pos="1560"/>
                        </w:tabs>
                        <w:spacing w:line="240" w:lineRule="auto"/>
                        <w:ind w:leftChars="64" w:left="141"/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</w:pPr>
                      <w:r w:rsidRPr="0030059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pacing w:val="55"/>
                          <w:fitText w:val="1320" w:id="-633001215"/>
                          <w:lang w:eastAsia="ja-JP"/>
                        </w:rPr>
                        <w:t>ごみ収集</w:t>
                      </w:r>
                      <w:r w:rsidRPr="0030059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fitText w:val="1320" w:id="-633001215"/>
                          <w:lang w:eastAsia="ja-JP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 w:rsidRPr="0030059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12月28日（土）まで　※年始は1月4日（土）からスタート！</w:t>
                      </w:r>
                    </w:p>
                    <w:p w14:paraId="542BF5F1" w14:textId="79BEF937" w:rsidR="00300596" w:rsidRPr="00300596" w:rsidRDefault="00300596" w:rsidP="00300596">
                      <w:pPr>
                        <w:tabs>
                          <w:tab w:val="left" w:pos="1560"/>
                        </w:tabs>
                        <w:spacing w:line="240" w:lineRule="auto"/>
                        <w:ind w:leftChars="64" w:left="141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</w:pPr>
                      <w:r w:rsidRPr="0030059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fitText w:val="1320" w:id="-633001216"/>
                          <w:lang w:eastAsia="ja-JP"/>
                        </w:rPr>
                        <w:t>事務局休業：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 w:rsidRPr="0030059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12月29日（日）～1月3日（金）</w:t>
                      </w:r>
                    </w:p>
                    <w:p w14:paraId="17D6D047" w14:textId="75331EE7" w:rsidR="00300596" w:rsidRPr="00300596" w:rsidRDefault="00300596" w:rsidP="00300596">
                      <w:pPr>
                        <w:tabs>
                          <w:tab w:val="left" w:pos="1560"/>
                        </w:tabs>
                        <w:spacing w:line="240" w:lineRule="auto"/>
                        <w:ind w:leftChars="64" w:left="141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</w:pPr>
                      <w:r w:rsidRPr="0030059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pacing w:val="55"/>
                          <w:fitText w:val="1320" w:id="-633001214"/>
                          <w:lang w:eastAsia="ja-JP"/>
                        </w:rPr>
                        <w:t>年始行事</w:t>
                      </w:r>
                      <w:r w:rsidRPr="0030059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fitText w:val="1320" w:id="-633001214"/>
                          <w:lang w:eastAsia="ja-JP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 w:rsidRPr="0030059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1月7日（火）10時～　新年もちつき大会（○○公園）</w:t>
                      </w:r>
                    </w:p>
                    <w:p w14:paraId="50828ECA" w14:textId="319BC51D" w:rsidR="00C67A16" w:rsidRPr="00C67A16" w:rsidRDefault="00300596" w:rsidP="00300596">
                      <w:pPr>
                        <w:tabs>
                          <w:tab w:val="left" w:pos="1560"/>
                        </w:tabs>
                        <w:spacing w:line="240" w:lineRule="auto"/>
                        <w:ind w:leftChars="64" w:left="141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</w:pPr>
                      <w:r w:rsidRPr="0030059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pacing w:val="330"/>
                          <w:fitText w:val="1320" w:id="-633001213"/>
                          <w:lang w:eastAsia="ja-JP"/>
                        </w:rPr>
                        <w:t>備考</w:t>
                      </w:r>
                      <w:r w:rsidRPr="0030059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fitText w:val="1320" w:id="-633001213"/>
                          <w:lang w:eastAsia="ja-JP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 w:rsidRPr="0030059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お休みの間も、緊急のときは班長・会長までご連絡ください。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91B0E1" w14:textId="593E9B95" w:rsidR="00C67A16" w:rsidRDefault="00C67A16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2CCFE16D" w14:textId="2D559495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532B6F3A" w14:textId="0E9FCDFF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23AE6B95" w14:textId="7561F297" w:rsidR="00300596" w:rsidRDefault="0030059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49A4854A" w14:textId="02FD5F11" w:rsidR="00300596" w:rsidRDefault="0030059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4D34B7F0" w14:textId="33D7BFC8" w:rsidR="00300596" w:rsidRDefault="0030059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19941752" w14:textId="77777777" w:rsidR="00300596" w:rsidRPr="00300596" w:rsidRDefault="00300596" w:rsidP="00300596">
      <w:pPr>
        <w:jc w:val="center"/>
        <w:rPr>
          <w:rFonts w:ascii="HG創英角ﾎﾟｯﾌﾟ体" w:eastAsia="HG創英角ﾎﾟｯﾌﾟ体" w:hAnsi="HG創英角ﾎﾟｯﾌﾟ体" w:cs="ＭＳ 明朝" w:hint="eastAsia"/>
          <w:lang w:eastAsia="ja-JP"/>
        </w:rPr>
      </w:pPr>
      <w:bookmarkStart w:id="1" w:name="_Hlk210491244"/>
      <w:r w:rsidRPr="00300596">
        <w:rPr>
          <w:rFonts w:ascii="HG創英角ﾎﾟｯﾌﾟ体" w:eastAsia="HG創英角ﾎﾟｯﾌﾟ体" w:hAnsi="HG創英角ﾎﾟｯﾌﾟ体" w:cs="ＭＳ 明朝" w:hint="eastAsia"/>
          <w:lang w:eastAsia="ja-JP"/>
        </w:rPr>
        <w:t>寒い日が続きますので、風邪などひかれませんように。</w:t>
      </w:r>
    </w:p>
    <w:p w14:paraId="49B10577" w14:textId="3DAEE6B8" w:rsidR="0072531E" w:rsidRPr="00BF64F1" w:rsidRDefault="00300596" w:rsidP="00300596">
      <w:pPr>
        <w:jc w:val="center"/>
        <w:rPr>
          <w:rFonts w:ascii="HG創英角ﾎﾟｯﾌﾟ体" w:eastAsia="HG創英角ﾎﾟｯﾌﾟ体" w:hAnsi="HG創英角ﾎﾟｯﾌﾟ体"/>
          <w:lang w:eastAsia="ja-JP"/>
        </w:rPr>
      </w:pPr>
      <w:r w:rsidRPr="00300596">
        <w:rPr>
          <w:rFonts w:ascii="HG創英角ﾎﾟｯﾌﾟ体" w:eastAsia="HG創英角ﾎﾟｯﾌﾟ体" w:hAnsi="HG創英角ﾎﾟｯﾌﾟ体" w:cs="ＭＳ 明朝" w:hint="eastAsia"/>
          <w:lang w:eastAsia="ja-JP"/>
        </w:rPr>
        <w:t>それでは皆さま、よいお年をお迎えください！</w:t>
      </w:r>
    </w:p>
    <w:bookmarkEnd w:id="1"/>
    <w:p w14:paraId="3C58E63E" w14:textId="494523E1" w:rsidR="00F06AD0" w:rsidRDefault="00F06AD0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sectPr w:rsidR="00F06AD0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549AC" w14:textId="77777777" w:rsidR="009714EF" w:rsidRDefault="009714EF" w:rsidP="00137D80">
      <w:pPr>
        <w:spacing w:after="0" w:line="240" w:lineRule="auto"/>
      </w:pPr>
      <w:r>
        <w:separator/>
      </w:r>
    </w:p>
  </w:endnote>
  <w:endnote w:type="continuationSeparator" w:id="0">
    <w:p w14:paraId="04E26C6B" w14:textId="77777777" w:rsidR="009714EF" w:rsidRDefault="009714EF" w:rsidP="0013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7F218" w14:textId="77777777" w:rsidR="009714EF" w:rsidRDefault="009714EF" w:rsidP="00137D80">
      <w:pPr>
        <w:spacing w:after="0" w:line="240" w:lineRule="auto"/>
      </w:pPr>
      <w:r>
        <w:separator/>
      </w:r>
    </w:p>
  </w:footnote>
  <w:footnote w:type="continuationSeparator" w:id="0">
    <w:p w14:paraId="6933112E" w14:textId="77777777" w:rsidR="009714EF" w:rsidRDefault="009714EF" w:rsidP="00137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37D80"/>
    <w:rsid w:val="0015074B"/>
    <w:rsid w:val="00273576"/>
    <w:rsid w:val="0029639D"/>
    <w:rsid w:val="002A2B5A"/>
    <w:rsid w:val="002D5B6B"/>
    <w:rsid w:val="00300596"/>
    <w:rsid w:val="00326F90"/>
    <w:rsid w:val="00371A53"/>
    <w:rsid w:val="00470C49"/>
    <w:rsid w:val="004E1AE7"/>
    <w:rsid w:val="00583F95"/>
    <w:rsid w:val="005A326A"/>
    <w:rsid w:val="00603263"/>
    <w:rsid w:val="00603F5E"/>
    <w:rsid w:val="006A0418"/>
    <w:rsid w:val="00710426"/>
    <w:rsid w:val="0072531E"/>
    <w:rsid w:val="008B1B01"/>
    <w:rsid w:val="009714EF"/>
    <w:rsid w:val="00A42962"/>
    <w:rsid w:val="00AA1D8D"/>
    <w:rsid w:val="00B47730"/>
    <w:rsid w:val="00BF64F1"/>
    <w:rsid w:val="00C44DCB"/>
    <w:rsid w:val="00C45A22"/>
    <w:rsid w:val="00C66295"/>
    <w:rsid w:val="00C67A16"/>
    <w:rsid w:val="00CB0664"/>
    <w:rsid w:val="00D56D6D"/>
    <w:rsid w:val="00F06AD0"/>
    <w:rsid w:val="00F829F1"/>
    <w:rsid w:val="00FC125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1889AA"/>
  <w14:defaultImageDpi w14:val="330"/>
  <w15:docId w15:val="{3B21E9D5-401D-4E86-9A37-EE164AAC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FC125E"/>
  </w:style>
  <w:style w:type="character" w:customStyle="1" w:styleId="aff0">
    <w:name w:val="日付 (文字)"/>
    <w:basedOn w:val="a2"/>
    <w:link w:val="aff"/>
    <w:uiPriority w:val="99"/>
    <w:semiHidden/>
    <w:rsid w:val="00FC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84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hirabayashi kazuya</cp:lastModifiedBy>
  <cp:revision>8</cp:revision>
  <cp:lastPrinted>2025-10-04T11:12:00Z</cp:lastPrinted>
  <dcterms:created xsi:type="dcterms:W3CDTF">2025-10-04T10:01:00Z</dcterms:created>
  <dcterms:modified xsi:type="dcterms:W3CDTF">2025-10-08T11:47:00Z</dcterms:modified>
  <cp:category/>
</cp:coreProperties>
</file>