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2280E1A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832610" cy="1242060"/>
                <wp:effectExtent l="0" t="0" r="1524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61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01AFD" id="正方形/長方形 2" o:spid="_x0000_s1026" style="position:absolute;left:0;text-align:left;margin-left:0;margin-top:.35pt;width:144.3pt;height:97.8pt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42519C3A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="00C4009D" w:rsidRPr="00C4009D">
        <w:rPr>
          <w:rFonts w:ascii="HG創英角ﾎﾟｯﾌﾟ体" w:eastAsia="HG創英角ﾎﾟｯﾌﾟ体" w:hAnsi="HG創英角ﾎﾟｯﾌﾟ体" w:hint="eastAsia"/>
        </w:rPr>
        <w:t>衛生部長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243555A9" w:rsidR="00131338" w:rsidRDefault="00C4009D" w:rsidP="00C4009D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C4009D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みんなで公園ピカピカDAY！</w:t>
      </w:r>
      <w:r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  <w:br/>
      </w:r>
      <w:r w:rsidRPr="00C4009D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公園清掃・草刈りに参加しませんか？</w:t>
      </w:r>
    </w:p>
    <w:p w14:paraId="134B1C2A" w14:textId="77777777" w:rsidR="00C4009D" w:rsidRPr="00C4009D" w:rsidRDefault="00137D80" w:rsidP="00C4009D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C4009D" w:rsidRPr="00C4009D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いつも自治会活動にご協力いただき、ありがとうございます。</w:t>
      </w:r>
    </w:p>
    <w:p w14:paraId="43843CF1" w14:textId="77777777" w:rsidR="00C4009D" w:rsidRPr="00C4009D" w:rsidRDefault="00C4009D" w:rsidP="00C4009D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C4009D">
        <w:rPr>
          <w:rFonts w:ascii="HG創英角ﾎﾟｯﾌﾟ体" w:eastAsia="HG創英角ﾎﾟｯﾌﾟ体" w:hAnsi="HG創英角ﾎﾟｯﾌﾟ体" w:hint="eastAsia"/>
          <w:lang w:eastAsia="ja-JP"/>
        </w:rPr>
        <w:t>気持ちよく使える公園づくりのために、清掃＆草刈りを行います。</w:t>
      </w:r>
    </w:p>
    <w:p w14:paraId="2B0A20C2" w14:textId="195B26C5" w:rsidR="00C4009D" w:rsidRDefault="00C4009D" w:rsidP="00C4009D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C4009D">
        <w:rPr>
          <w:rFonts w:ascii="HG創英角ﾎﾟｯﾌﾟ体" w:eastAsia="HG創英角ﾎﾟｯﾌﾟ体" w:hAnsi="HG創英角ﾎﾟｯﾌﾟ体" w:hint="eastAsia"/>
          <w:lang w:eastAsia="ja-JP"/>
        </w:rPr>
        <w:t>「少しだけ」「家族で参加」も大歓迎！できる範囲でお力を貸してください。</w:t>
      </w:r>
    </w:p>
    <w:p w14:paraId="74EC3CAA" w14:textId="4E8B4B97" w:rsidR="0072531E" w:rsidRDefault="00C4009D" w:rsidP="00C4009D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F51FED" wp14:editId="325D3320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5562600" cy="1623060"/>
                <wp:effectExtent l="0" t="0" r="19050" b="152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2306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2E1C0" w14:textId="77777777" w:rsidR="00C4009D" w:rsidRPr="00C4009D" w:rsidRDefault="00C4009D" w:rsidP="00C4009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4009D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・日時：〇月〇日（〇） 午前〇時～〇時</w:t>
                            </w:r>
                          </w:p>
                          <w:p w14:paraId="415B46C9" w14:textId="77777777" w:rsidR="00C4009D" w:rsidRPr="00C4009D" w:rsidRDefault="00C4009D" w:rsidP="00C4009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4009D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・集合：○○公園 入口ゲート前</w:t>
                            </w:r>
                          </w:p>
                          <w:p w14:paraId="65B76429" w14:textId="77777777" w:rsidR="00C4009D" w:rsidRPr="00C4009D" w:rsidRDefault="00C4009D" w:rsidP="00C4009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4009D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・持ち物：軍手、帽子、飲み物（汚れてもOKな服装）</w:t>
                            </w:r>
                          </w:p>
                          <w:p w14:paraId="50828ECA" w14:textId="478A5C40" w:rsidR="00C67A16" w:rsidRPr="00131338" w:rsidRDefault="00C4009D" w:rsidP="00C4009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4009D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・雨天：中止（順延なし）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18.5pt;width:438pt;height:127.8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" fillcolor="#f9fbfd" strokecolor="#0773a9" strokeweight="1.5pt">
                <v:textbox>
                  <w:txbxContent>
                    <w:p w14:paraId="1AC2E1C0" w14:textId="77777777" w:rsidR="00C4009D" w:rsidRPr="00C4009D" w:rsidRDefault="00C4009D" w:rsidP="00C4009D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4009D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・日時：〇月〇日（〇） 午前〇時～〇時</w:t>
                      </w:r>
                    </w:p>
                    <w:p w14:paraId="415B46C9" w14:textId="77777777" w:rsidR="00C4009D" w:rsidRPr="00C4009D" w:rsidRDefault="00C4009D" w:rsidP="00C4009D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4009D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・集合：○○公園 入口ゲート前</w:t>
                      </w:r>
                    </w:p>
                    <w:p w14:paraId="65B76429" w14:textId="77777777" w:rsidR="00C4009D" w:rsidRPr="00C4009D" w:rsidRDefault="00C4009D" w:rsidP="00C4009D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4009D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・持ち物：軍手、帽子、飲み物（汚れてもOKな服装）</w:t>
                      </w:r>
                    </w:p>
                    <w:p w14:paraId="50828ECA" w14:textId="478A5C40" w:rsidR="00C67A16" w:rsidRPr="00131338" w:rsidRDefault="00C4009D" w:rsidP="00C4009D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C4009D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・雨天：中止（順延なし）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0DFB293" w:rsidR="0072531E" w:rsidRDefault="00C4009D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667E42" wp14:editId="3D74D5FD">
                <wp:simplePos x="0" y="0"/>
                <wp:positionH relativeFrom="column">
                  <wp:posOffset>4267200</wp:posOffset>
                </wp:positionH>
                <wp:positionV relativeFrom="paragraph">
                  <wp:posOffset>184150</wp:posOffset>
                </wp:positionV>
                <wp:extent cx="899160" cy="1086121"/>
                <wp:effectExtent l="0" t="0" r="0" b="571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086121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2B635" id="正方形/長方形 5" o:spid="_x0000_s1026" style="position:absolute;left:0;text-align:left;margin-left:336pt;margin-top:14.5pt;width:70.8pt;height:8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C82C01">
      <w:pPr>
        <w:jc w:val="both"/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3BB6D699" w14:textId="77777777" w:rsidR="00C4009D" w:rsidRDefault="00C4009D" w:rsidP="00131338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3CBCB7DC" w14:textId="77777777" w:rsidR="00C4009D" w:rsidRDefault="00C4009D" w:rsidP="00C4009D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87C728E" w14:textId="48DF61EE" w:rsidR="00131338" w:rsidRPr="00BF64F1" w:rsidRDefault="00C4009D" w:rsidP="00C4009D">
      <w:pPr>
        <w:rPr>
          <w:rFonts w:ascii="HG創英角ﾎﾟｯﾌﾟ体" w:eastAsia="HG創英角ﾎﾟｯﾌﾟ体" w:hAnsi="HG創英角ﾎﾟｯﾌﾟ体"/>
          <w:lang w:eastAsia="ja-JP"/>
        </w:rPr>
      </w:pPr>
      <w:r w:rsidRPr="00C4009D">
        <w:rPr>
          <w:rFonts w:ascii="HG創英角ﾎﾟｯﾌﾟ体" w:eastAsia="HG創英角ﾎﾟｯﾌﾟ体" w:hAnsi="HG創英角ﾎﾟｯﾌﾟ体" w:cs="ＭＳ 明朝" w:hint="eastAsia"/>
          <w:lang w:eastAsia="ja-JP"/>
        </w:rPr>
        <w:t>※安全第一で無理は禁物。刈払機の近くには寄らないようお願いします。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C4009D">
        <w:rPr>
          <w:rFonts w:ascii="HG創英角ﾎﾟｯﾌﾟ体" w:eastAsia="HG創英角ﾎﾟｯﾌﾟ体" w:hAnsi="HG創英角ﾎﾟｯﾌﾟ体" w:cs="ＭＳ 明朝" w:hint="eastAsia"/>
          <w:lang w:eastAsia="ja-JP"/>
        </w:rPr>
        <w:t>※終了後、ゴミは所定の集積場所へまとめます。分別にご協力ください。</w:t>
      </w:r>
    </w:p>
    <w:bookmarkEnd w:id="1"/>
    <w:p w14:paraId="3C58E63E" w14:textId="5C417171" w:rsidR="00F06AD0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4895A2" wp14:editId="78A1E651">
                <wp:simplePos x="0" y="0"/>
                <wp:positionH relativeFrom="column">
                  <wp:posOffset>769620</wp:posOffset>
                </wp:positionH>
                <wp:positionV relativeFrom="paragraph">
                  <wp:posOffset>48260</wp:posOffset>
                </wp:positionV>
                <wp:extent cx="1623060" cy="1686179"/>
                <wp:effectExtent l="0" t="19050" r="0" b="857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68617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9C9A2" id="正方形/長方形 6" o:spid="_x0000_s1026" style="position:absolute;left:0;text-align:left;margin-left:60.6pt;margin-top:3.8pt;width:127.8pt;height:13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373CC04" w14:textId="5CE1607F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023B6876" w14:textId="04583F47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0B1AEF56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BBD88" w14:textId="77777777" w:rsidR="00596685" w:rsidRDefault="00596685" w:rsidP="00137D80">
      <w:pPr>
        <w:spacing w:after="0" w:line="240" w:lineRule="auto"/>
      </w:pPr>
      <w:r>
        <w:separator/>
      </w:r>
    </w:p>
  </w:endnote>
  <w:endnote w:type="continuationSeparator" w:id="0">
    <w:p w14:paraId="38E4836B" w14:textId="77777777" w:rsidR="00596685" w:rsidRDefault="00596685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54413" w14:textId="77777777" w:rsidR="00596685" w:rsidRDefault="00596685" w:rsidP="00137D80">
      <w:pPr>
        <w:spacing w:after="0" w:line="240" w:lineRule="auto"/>
      </w:pPr>
      <w:r>
        <w:separator/>
      </w:r>
    </w:p>
  </w:footnote>
  <w:footnote w:type="continuationSeparator" w:id="0">
    <w:p w14:paraId="12654E5A" w14:textId="77777777" w:rsidR="00596685" w:rsidRDefault="00596685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50AA9"/>
    <w:rsid w:val="00371A53"/>
    <w:rsid w:val="003E015C"/>
    <w:rsid w:val="004445D5"/>
    <w:rsid w:val="00470C49"/>
    <w:rsid w:val="004E1AE7"/>
    <w:rsid w:val="00583338"/>
    <w:rsid w:val="00583F95"/>
    <w:rsid w:val="00596685"/>
    <w:rsid w:val="005A326A"/>
    <w:rsid w:val="00603263"/>
    <w:rsid w:val="00603F5E"/>
    <w:rsid w:val="006A0418"/>
    <w:rsid w:val="00710426"/>
    <w:rsid w:val="0072531E"/>
    <w:rsid w:val="008B1B01"/>
    <w:rsid w:val="00906582"/>
    <w:rsid w:val="00A42962"/>
    <w:rsid w:val="00AA1D8D"/>
    <w:rsid w:val="00B47730"/>
    <w:rsid w:val="00BF64F1"/>
    <w:rsid w:val="00C4009D"/>
    <w:rsid w:val="00C44DCB"/>
    <w:rsid w:val="00C45A22"/>
    <w:rsid w:val="00C66295"/>
    <w:rsid w:val="00C67A16"/>
    <w:rsid w:val="00C82C01"/>
    <w:rsid w:val="00CB0664"/>
    <w:rsid w:val="00D80B62"/>
    <w:rsid w:val="00F06AD0"/>
    <w:rsid w:val="00F829F1"/>
    <w:rsid w:val="00FC125E"/>
    <w:rsid w:val="00FC693F"/>
    <w:rsid w:val="00F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4</cp:revision>
  <cp:lastPrinted>2025-10-04T11:12:00Z</cp:lastPrinted>
  <dcterms:created xsi:type="dcterms:W3CDTF">2025-10-09T13:36:00Z</dcterms:created>
  <dcterms:modified xsi:type="dcterms:W3CDTF">2025-10-10T04:19:00Z</dcterms:modified>
  <cp:category/>
</cp:coreProperties>
</file>